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1F86AE" w14:textId="77777777" w:rsidR="0016148B" w:rsidRDefault="00000000">
      <w:pPr>
        <w:jc w:val="center"/>
      </w:pPr>
      <w:r>
        <w:rPr>
          <w:b/>
          <w:color w:val="071B33"/>
          <w:sz w:val="22"/>
        </w:rPr>
        <w:t>ADVANCED AVIATION EVENTS SpA</w:t>
      </w:r>
    </w:p>
    <w:p w14:paraId="207E9642" w14:textId="77777777" w:rsidR="0016148B" w:rsidRDefault="00000000">
      <w:pPr>
        <w:jc w:val="center"/>
      </w:pPr>
      <w:r>
        <w:rPr>
          <w:b/>
          <w:color w:val="0A75C2"/>
          <w:sz w:val="36"/>
        </w:rPr>
        <w:t>EXPODRON CHILE 2027</w:t>
      </w:r>
    </w:p>
    <w:p w14:paraId="33571BAC" w14:textId="77777777" w:rsidR="0016148B" w:rsidRDefault="00000000">
      <w:pPr>
        <w:jc w:val="center"/>
      </w:pPr>
      <w:r>
        <w:rPr>
          <w:color w:val="5B6573"/>
        </w:rPr>
        <w:t>Formularios del Oferente · LP-EXP-2027-001</w:t>
      </w:r>
    </w:p>
    <w:p w14:paraId="2FCD6A14" w14:textId="77777777" w:rsidR="0016148B" w:rsidRDefault="00000000">
      <w:pPr>
        <w:spacing w:after="40"/>
      </w:pPr>
      <w:r>
        <w:rPr>
          <w:color w:val="16B9F3"/>
          <w:sz w:val="16"/>
        </w:rPr>
        <w:t>━━━━━━━━━━━━━━━━━━━━━━━━━━━━━━━━━━━━━━━━━━━━━━━━━━━━━━━━━━━━━━━━━━</w:t>
      </w:r>
    </w:p>
    <w:p w14:paraId="766B5DE0" w14:textId="77777777" w:rsidR="0016148B" w:rsidRDefault="00000000" w:rsidP="00D7492E">
      <w:pPr>
        <w:pStyle w:val="Ttulo"/>
        <w:jc w:val="center"/>
      </w:pPr>
      <w:r>
        <w:t>FORMULARIOS PARA PRESENTACIÓN DE OFERTA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6148B" w14:paraId="02B4521B" w14:textId="77777777">
        <w:trPr>
          <w:jc w:val="center"/>
        </w:trPr>
        <w:tc>
          <w:tcPr>
            <w:tcW w:w="10224" w:type="dxa"/>
            <w:shd w:val="clear" w:color="auto" w:fill="E8F3FB"/>
            <w:vAlign w:val="center"/>
          </w:tcPr>
          <w:p w14:paraId="0FFD47B3" w14:textId="77777777" w:rsidR="0016148B" w:rsidRDefault="00000000" w:rsidP="00D7492E">
            <w:pPr>
              <w:jc w:val="both"/>
            </w:pPr>
            <w:r>
              <w:rPr>
                <w:color w:val="071B33"/>
                <w:sz w:val="18"/>
              </w:rPr>
              <w:t>El oferente debe descargar este documento, completar los formularios aplicables, firmarlos cuando corresponda y subirlos a la plataforma junto con el Excel de Oferta Económica.</w:t>
            </w:r>
          </w:p>
        </w:tc>
      </w:tr>
    </w:tbl>
    <w:p w14:paraId="5ABE9280" w14:textId="77777777" w:rsidR="0016148B" w:rsidRDefault="0016148B"/>
    <w:p w14:paraId="5C071749" w14:textId="77777777" w:rsidR="0016148B" w:rsidRDefault="00000000">
      <w:pPr>
        <w:pStyle w:val="Ttulo1"/>
      </w:pPr>
      <w:r>
        <w:t>Formulario F-01 · Identificación del oferente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064"/>
        <w:gridCol w:w="7376"/>
      </w:tblGrid>
      <w:tr w:rsidR="0016148B" w14:paraId="7277391D" w14:textId="77777777">
        <w:trPr>
          <w:jc w:val="center"/>
        </w:trPr>
        <w:tc>
          <w:tcPr>
            <w:tcW w:w="3168" w:type="dxa"/>
            <w:shd w:val="clear" w:color="auto" w:fill="071B33"/>
            <w:vAlign w:val="center"/>
          </w:tcPr>
          <w:p w14:paraId="171533BF" w14:textId="77777777" w:rsidR="0016148B" w:rsidRDefault="00000000">
            <w:r>
              <w:rPr>
                <w:b/>
                <w:color w:val="FFFFFF"/>
                <w:sz w:val="17"/>
              </w:rPr>
              <w:t>Dato</w:t>
            </w:r>
          </w:p>
        </w:tc>
        <w:tc>
          <w:tcPr>
            <w:tcW w:w="7488" w:type="dxa"/>
            <w:shd w:val="clear" w:color="auto" w:fill="071B33"/>
            <w:vAlign w:val="center"/>
          </w:tcPr>
          <w:p w14:paraId="236EF344" w14:textId="77777777" w:rsidR="0016148B" w:rsidRDefault="00000000">
            <w:r>
              <w:rPr>
                <w:b/>
                <w:color w:val="FFFFFF"/>
                <w:sz w:val="17"/>
              </w:rPr>
              <w:t>Respuesta</w:t>
            </w:r>
          </w:p>
        </w:tc>
      </w:tr>
      <w:tr w:rsidR="0016148B" w14:paraId="50994936" w14:textId="77777777">
        <w:trPr>
          <w:jc w:val="center"/>
        </w:trPr>
        <w:tc>
          <w:tcPr>
            <w:tcW w:w="3168" w:type="dxa"/>
            <w:vAlign w:val="center"/>
          </w:tcPr>
          <w:p w14:paraId="62D6FD54" w14:textId="77777777" w:rsidR="0016148B" w:rsidRDefault="00000000">
            <w:r>
              <w:rPr>
                <w:color w:val="202833"/>
                <w:sz w:val="17"/>
              </w:rPr>
              <w:t>Razón social</w:t>
            </w:r>
          </w:p>
        </w:tc>
        <w:tc>
          <w:tcPr>
            <w:tcW w:w="7488" w:type="dxa"/>
            <w:vAlign w:val="center"/>
          </w:tcPr>
          <w:p w14:paraId="6CC159A7" w14:textId="77777777" w:rsidR="0016148B" w:rsidRDefault="00000000">
            <w:r>
              <w:rPr>
                <w:color w:val="202833"/>
                <w:sz w:val="17"/>
              </w:rPr>
              <w:t>________________________________________________________</w:t>
            </w:r>
          </w:p>
        </w:tc>
      </w:tr>
      <w:tr w:rsidR="0016148B" w14:paraId="30853C78" w14:textId="77777777">
        <w:trPr>
          <w:jc w:val="center"/>
        </w:trPr>
        <w:tc>
          <w:tcPr>
            <w:tcW w:w="3168" w:type="dxa"/>
            <w:vAlign w:val="center"/>
          </w:tcPr>
          <w:p w14:paraId="239A8BE3" w14:textId="77777777" w:rsidR="0016148B" w:rsidRDefault="00000000">
            <w:r>
              <w:rPr>
                <w:color w:val="202833"/>
                <w:sz w:val="17"/>
              </w:rPr>
              <w:t>RUT</w:t>
            </w:r>
          </w:p>
        </w:tc>
        <w:tc>
          <w:tcPr>
            <w:tcW w:w="7488" w:type="dxa"/>
            <w:vAlign w:val="center"/>
          </w:tcPr>
          <w:p w14:paraId="7AF5532F" w14:textId="77777777" w:rsidR="0016148B" w:rsidRDefault="00000000">
            <w:r>
              <w:rPr>
                <w:color w:val="202833"/>
                <w:sz w:val="17"/>
              </w:rPr>
              <w:t>________________________________________________________</w:t>
            </w:r>
          </w:p>
        </w:tc>
      </w:tr>
      <w:tr w:rsidR="0016148B" w14:paraId="4B64B475" w14:textId="77777777">
        <w:trPr>
          <w:jc w:val="center"/>
        </w:trPr>
        <w:tc>
          <w:tcPr>
            <w:tcW w:w="3168" w:type="dxa"/>
            <w:vAlign w:val="center"/>
          </w:tcPr>
          <w:p w14:paraId="026D8DF5" w14:textId="77777777" w:rsidR="0016148B" w:rsidRDefault="00000000">
            <w:r>
              <w:rPr>
                <w:color w:val="202833"/>
                <w:sz w:val="17"/>
              </w:rPr>
              <w:t>Nombre de fantasía</w:t>
            </w:r>
          </w:p>
        </w:tc>
        <w:tc>
          <w:tcPr>
            <w:tcW w:w="7488" w:type="dxa"/>
            <w:vAlign w:val="center"/>
          </w:tcPr>
          <w:p w14:paraId="3FEB929F" w14:textId="77777777" w:rsidR="0016148B" w:rsidRDefault="00000000">
            <w:r>
              <w:rPr>
                <w:color w:val="202833"/>
                <w:sz w:val="17"/>
              </w:rPr>
              <w:t>________________________________________________________</w:t>
            </w:r>
          </w:p>
        </w:tc>
      </w:tr>
      <w:tr w:rsidR="0016148B" w14:paraId="3E6EF587" w14:textId="77777777">
        <w:trPr>
          <w:jc w:val="center"/>
        </w:trPr>
        <w:tc>
          <w:tcPr>
            <w:tcW w:w="3168" w:type="dxa"/>
            <w:vAlign w:val="center"/>
          </w:tcPr>
          <w:p w14:paraId="716BBD0D" w14:textId="77777777" w:rsidR="0016148B" w:rsidRDefault="00000000">
            <w:r>
              <w:rPr>
                <w:color w:val="202833"/>
                <w:sz w:val="17"/>
              </w:rPr>
              <w:t>Domicilio</w:t>
            </w:r>
          </w:p>
        </w:tc>
        <w:tc>
          <w:tcPr>
            <w:tcW w:w="7488" w:type="dxa"/>
            <w:vAlign w:val="center"/>
          </w:tcPr>
          <w:p w14:paraId="4D407FAD" w14:textId="77777777" w:rsidR="0016148B" w:rsidRDefault="00000000">
            <w:r>
              <w:rPr>
                <w:color w:val="202833"/>
                <w:sz w:val="17"/>
              </w:rPr>
              <w:t>________________________________________________________</w:t>
            </w:r>
          </w:p>
        </w:tc>
      </w:tr>
      <w:tr w:rsidR="0016148B" w14:paraId="1A12CC14" w14:textId="77777777">
        <w:trPr>
          <w:jc w:val="center"/>
        </w:trPr>
        <w:tc>
          <w:tcPr>
            <w:tcW w:w="3168" w:type="dxa"/>
            <w:vAlign w:val="center"/>
          </w:tcPr>
          <w:p w14:paraId="41CE022D" w14:textId="77777777" w:rsidR="0016148B" w:rsidRDefault="00000000">
            <w:r>
              <w:rPr>
                <w:color w:val="202833"/>
                <w:sz w:val="17"/>
              </w:rPr>
              <w:t>Representante legal</w:t>
            </w:r>
          </w:p>
        </w:tc>
        <w:tc>
          <w:tcPr>
            <w:tcW w:w="7488" w:type="dxa"/>
            <w:vAlign w:val="center"/>
          </w:tcPr>
          <w:p w14:paraId="173652CA" w14:textId="77777777" w:rsidR="0016148B" w:rsidRDefault="00000000">
            <w:r>
              <w:rPr>
                <w:color w:val="202833"/>
                <w:sz w:val="17"/>
              </w:rPr>
              <w:t>________________________________________________________</w:t>
            </w:r>
          </w:p>
        </w:tc>
      </w:tr>
      <w:tr w:rsidR="0016148B" w14:paraId="01C572D7" w14:textId="77777777">
        <w:trPr>
          <w:jc w:val="center"/>
        </w:trPr>
        <w:tc>
          <w:tcPr>
            <w:tcW w:w="3168" w:type="dxa"/>
            <w:vAlign w:val="center"/>
          </w:tcPr>
          <w:p w14:paraId="5E2BD3AF" w14:textId="77777777" w:rsidR="0016148B" w:rsidRDefault="00000000">
            <w:r>
              <w:rPr>
                <w:color w:val="202833"/>
                <w:sz w:val="17"/>
              </w:rPr>
              <w:t>RUT representante</w:t>
            </w:r>
          </w:p>
        </w:tc>
        <w:tc>
          <w:tcPr>
            <w:tcW w:w="7488" w:type="dxa"/>
            <w:vAlign w:val="center"/>
          </w:tcPr>
          <w:p w14:paraId="5264D829" w14:textId="77777777" w:rsidR="0016148B" w:rsidRDefault="00000000">
            <w:r>
              <w:rPr>
                <w:color w:val="202833"/>
                <w:sz w:val="17"/>
              </w:rPr>
              <w:t>________________________________________________________</w:t>
            </w:r>
          </w:p>
        </w:tc>
      </w:tr>
      <w:tr w:rsidR="0016148B" w14:paraId="253F39BC" w14:textId="77777777">
        <w:trPr>
          <w:jc w:val="center"/>
        </w:trPr>
        <w:tc>
          <w:tcPr>
            <w:tcW w:w="3168" w:type="dxa"/>
            <w:vAlign w:val="center"/>
          </w:tcPr>
          <w:p w14:paraId="0ED362B2" w14:textId="77777777" w:rsidR="0016148B" w:rsidRDefault="00000000">
            <w:r>
              <w:rPr>
                <w:color w:val="202833"/>
                <w:sz w:val="17"/>
              </w:rPr>
              <w:t>Contacto licitación</w:t>
            </w:r>
          </w:p>
        </w:tc>
        <w:tc>
          <w:tcPr>
            <w:tcW w:w="7488" w:type="dxa"/>
            <w:vAlign w:val="center"/>
          </w:tcPr>
          <w:p w14:paraId="5E7E102B" w14:textId="77777777" w:rsidR="0016148B" w:rsidRDefault="00000000">
            <w:r>
              <w:rPr>
                <w:color w:val="202833"/>
                <w:sz w:val="17"/>
              </w:rPr>
              <w:t>________________________________________________________</w:t>
            </w:r>
          </w:p>
        </w:tc>
      </w:tr>
      <w:tr w:rsidR="0016148B" w14:paraId="3C8D86D3" w14:textId="77777777">
        <w:trPr>
          <w:jc w:val="center"/>
        </w:trPr>
        <w:tc>
          <w:tcPr>
            <w:tcW w:w="3168" w:type="dxa"/>
            <w:vAlign w:val="center"/>
          </w:tcPr>
          <w:p w14:paraId="05969B4C" w14:textId="77777777" w:rsidR="0016148B" w:rsidRDefault="00000000">
            <w:r>
              <w:rPr>
                <w:color w:val="202833"/>
                <w:sz w:val="17"/>
              </w:rPr>
              <w:t>Cargo</w:t>
            </w:r>
          </w:p>
        </w:tc>
        <w:tc>
          <w:tcPr>
            <w:tcW w:w="7488" w:type="dxa"/>
            <w:vAlign w:val="center"/>
          </w:tcPr>
          <w:p w14:paraId="7DD05659" w14:textId="77777777" w:rsidR="0016148B" w:rsidRDefault="00000000">
            <w:r>
              <w:rPr>
                <w:color w:val="202833"/>
                <w:sz w:val="17"/>
              </w:rPr>
              <w:t>________________________________________________________</w:t>
            </w:r>
          </w:p>
        </w:tc>
      </w:tr>
      <w:tr w:rsidR="0016148B" w14:paraId="1E59D52C" w14:textId="77777777">
        <w:trPr>
          <w:jc w:val="center"/>
        </w:trPr>
        <w:tc>
          <w:tcPr>
            <w:tcW w:w="3168" w:type="dxa"/>
            <w:vAlign w:val="center"/>
          </w:tcPr>
          <w:p w14:paraId="1C7A151C" w14:textId="77777777" w:rsidR="0016148B" w:rsidRDefault="00000000">
            <w:r>
              <w:rPr>
                <w:color w:val="202833"/>
                <w:sz w:val="17"/>
              </w:rPr>
              <w:t>Email</w:t>
            </w:r>
          </w:p>
        </w:tc>
        <w:tc>
          <w:tcPr>
            <w:tcW w:w="7488" w:type="dxa"/>
            <w:vAlign w:val="center"/>
          </w:tcPr>
          <w:p w14:paraId="12889F74" w14:textId="77777777" w:rsidR="0016148B" w:rsidRDefault="00000000">
            <w:r>
              <w:rPr>
                <w:color w:val="202833"/>
                <w:sz w:val="17"/>
              </w:rPr>
              <w:t>________________________________________________________</w:t>
            </w:r>
          </w:p>
        </w:tc>
      </w:tr>
      <w:tr w:rsidR="0016148B" w14:paraId="79AD7D6E" w14:textId="77777777">
        <w:trPr>
          <w:jc w:val="center"/>
        </w:trPr>
        <w:tc>
          <w:tcPr>
            <w:tcW w:w="3168" w:type="dxa"/>
            <w:vAlign w:val="center"/>
          </w:tcPr>
          <w:p w14:paraId="7753BD04" w14:textId="77777777" w:rsidR="0016148B" w:rsidRDefault="00000000">
            <w:r>
              <w:rPr>
                <w:color w:val="202833"/>
                <w:sz w:val="17"/>
              </w:rPr>
              <w:t>Teléfono</w:t>
            </w:r>
          </w:p>
        </w:tc>
        <w:tc>
          <w:tcPr>
            <w:tcW w:w="7488" w:type="dxa"/>
            <w:vAlign w:val="center"/>
          </w:tcPr>
          <w:p w14:paraId="62873FF5" w14:textId="77777777" w:rsidR="0016148B" w:rsidRDefault="00000000">
            <w:r>
              <w:rPr>
                <w:color w:val="202833"/>
                <w:sz w:val="17"/>
              </w:rPr>
              <w:t>________________________________________________________</w:t>
            </w:r>
          </w:p>
        </w:tc>
      </w:tr>
      <w:tr w:rsidR="0016148B" w14:paraId="7A4158C5" w14:textId="77777777">
        <w:trPr>
          <w:jc w:val="center"/>
        </w:trPr>
        <w:tc>
          <w:tcPr>
            <w:tcW w:w="3168" w:type="dxa"/>
            <w:vAlign w:val="center"/>
          </w:tcPr>
          <w:p w14:paraId="0FB1E697" w14:textId="77777777" w:rsidR="0016148B" w:rsidRDefault="00000000">
            <w:r>
              <w:rPr>
                <w:color w:val="202833"/>
                <w:sz w:val="17"/>
              </w:rPr>
              <w:t>Lotes a los que oferta</w:t>
            </w:r>
          </w:p>
        </w:tc>
        <w:tc>
          <w:tcPr>
            <w:tcW w:w="7488" w:type="dxa"/>
            <w:vAlign w:val="center"/>
          </w:tcPr>
          <w:p w14:paraId="36E7EB79" w14:textId="77777777" w:rsidR="0016148B" w:rsidRDefault="00000000">
            <w:r>
              <w:t>☐ 0010  ☐ 0020  ☐ 0030  ☐ 0040  ☐ 0050  ☐ 0060  ☐ 0070  ☐ 0080</w:t>
            </w:r>
          </w:p>
        </w:tc>
      </w:tr>
    </w:tbl>
    <w:p w14:paraId="37F77946" w14:textId="77777777" w:rsidR="0016148B" w:rsidRDefault="0016148B"/>
    <w:p w14:paraId="2BF44813" w14:textId="77777777" w:rsidR="0016148B" w:rsidRDefault="00000000">
      <w:pPr>
        <w:pStyle w:val="Ttulo1"/>
      </w:pPr>
      <w:r>
        <w:t>Formulario F-02 · Declaración de aceptación y probidad</w:t>
      </w:r>
    </w:p>
    <w:p w14:paraId="557DCBFB" w14:textId="77777777" w:rsidR="0016148B" w:rsidRDefault="00000000">
      <w:r>
        <w:t>Declaro, en representación del oferente individualizado, que hemos leído y aceptamos las Bases, sus anexos, respuestas y Addenda; que la información presentada es veraz; que informaremos cualquier conflicto de interés real o potencial; que no ofreceremos beneficios indebidos a personas vinculadas al proceso; y que mantendremos la confidencialidad de información no pública a la que accedamos.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2448"/>
        <w:gridCol w:w="2448"/>
        <w:gridCol w:w="2016"/>
      </w:tblGrid>
      <w:tr w:rsidR="0016148B" w14:paraId="23F86248" w14:textId="77777777">
        <w:trPr>
          <w:jc w:val="center"/>
        </w:trPr>
        <w:tc>
          <w:tcPr>
            <w:tcW w:w="3312" w:type="dxa"/>
            <w:shd w:val="clear" w:color="auto" w:fill="071B33"/>
            <w:vAlign w:val="center"/>
          </w:tcPr>
          <w:p w14:paraId="5607362C" w14:textId="77777777" w:rsidR="0016148B" w:rsidRDefault="00000000">
            <w:r>
              <w:rPr>
                <w:b/>
                <w:color w:val="FFFFFF"/>
                <w:sz w:val="17"/>
              </w:rPr>
              <w:t>Nombre representante</w:t>
            </w:r>
          </w:p>
        </w:tc>
        <w:tc>
          <w:tcPr>
            <w:tcW w:w="2448" w:type="dxa"/>
            <w:shd w:val="clear" w:color="auto" w:fill="071B33"/>
            <w:vAlign w:val="center"/>
          </w:tcPr>
          <w:p w14:paraId="6DB61597" w14:textId="77777777" w:rsidR="0016148B" w:rsidRDefault="00000000">
            <w:r>
              <w:rPr>
                <w:b/>
                <w:color w:val="FFFFFF"/>
                <w:sz w:val="17"/>
              </w:rPr>
              <w:t>Cargo</w:t>
            </w:r>
          </w:p>
        </w:tc>
        <w:tc>
          <w:tcPr>
            <w:tcW w:w="2448" w:type="dxa"/>
            <w:shd w:val="clear" w:color="auto" w:fill="071B33"/>
            <w:vAlign w:val="center"/>
          </w:tcPr>
          <w:p w14:paraId="7D67395D" w14:textId="77777777" w:rsidR="0016148B" w:rsidRDefault="00000000">
            <w:r>
              <w:rPr>
                <w:b/>
                <w:color w:val="FFFFFF"/>
                <w:sz w:val="17"/>
              </w:rPr>
              <w:t>Firma</w:t>
            </w:r>
          </w:p>
        </w:tc>
        <w:tc>
          <w:tcPr>
            <w:tcW w:w="2016" w:type="dxa"/>
            <w:shd w:val="clear" w:color="auto" w:fill="071B33"/>
            <w:vAlign w:val="center"/>
          </w:tcPr>
          <w:p w14:paraId="7C109A32" w14:textId="77777777" w:rsidR="0016148B" w:rsidRDefault="00000000">
            <w:r>
              <w:rPr>
                <w:b/>
                <w:color w:val="FFFFFF"/>
                <w:sz w:val="17"/>
              </w:rPr>
              <w:t>Fecha</w:t>
            </w:r>
          </w:p>
        </w:tc>
      </w:tr>
      <w:tr w:rsidR="0016148B" w14:paraId="364CB8FD" w14:textId="77777777" w:rsidTr="00D7492E">
        <w:trPr>
          <w:trHeight w:val="929"/>
          <w:jc w:val="center"/>
        </w:trPr>
        <w:tc>
          <w:tcPr>
            <w:tcW w:w="3312" w:type="dxa"/>
            <w:vAlign w:val="center"/>
          </w:tcPr>
          <w:p w14:paraId="0ADF3036" w14:textId="77777777" w:rsidR="0016148B" w:rsidRDefault="00000000">
            <w:r>
              <w:rPr>
                <w:color w:val="202833"/>
                <w:sz w:val="17"/>
              </w:rPr>
              <w:t>________________________</w:t>
            </w:r>
          </w:p>
        </w:tc>
        <w:tc>
          <w:tcPr>
            <w:tcW w:w="2448" w:type="dxa"/>
            <w:vAlign w:val="center"/>
          </w:tcPr>
          <w:p w14:paraId="2F49491B" w14:textId="77777777" w:rsidR="0016148B" w:rsidRDefault="00000000">
            <w:r>
              <w:rPr>
                <w:color w:val="202833"/>
                <w:sz w:val="17"/>
              </w:rPr>
              <w:t>________________</w:t>
            </w:r>
          </w:p>
        </w:tc>
        <w:tc>
          <w:tcPr>
            <w:tcW w:w="2448" w:type="dxa"/>
            <w:vAlign w:val="center"/>
          </w:tcPr>
          <w:p w14:paraId="29866135" w14:textId="77777777" w:rsidR="0016148B" w:rsidRDefault="00000000">
            <w:r>
              <w:rPr>
                <w:color w:val="202833"/>
                <w:sz w:val="17"/>
              </w:rPr>
              <w:t>________________</w:t>
            </w:r>
          </w:p>
        </w:tc>
        <w:tc>
          <w:tcPr>
            <w:tcW w:w="2016" w:type="dxa"/>
            <w:vAlign w:val="center"/>
          </w:tcPr>
          <w:p w14:paraId="234C0446" w14:textId="77777777" w:rsidR="0016148B" w:rsidRDefault="00000000">
            <w:r>
              <w:rPr>
                <w:color w:val="202833"/>
                <w:sz w:val="17"/>
              </w:rPr>
              <w:t>____/____/______</w:t>
            </w:r>
          </w:p>
        </w:tc>
      </w:tr>
    </w:tbl>
    <w:p w14:paraId="3861874B" w14:textId="77777777" w:rsidR="0016148B" w:rsidRDefault="0016148B"/>
    <w:p w14:paraId="109029BB" w14:textId="77777777" w:rsidR="0016148B" w:rsidRDefault="00000000">
      <w:pPr>
        <w:pStyle w:val="Ttulo1"/>
      </w:pPr>
      <w:r>
        <w:t>Formulario F-03 · Experiencia específica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289"/>
        <w:gridCol w:w="3467"/>
        <w:gridCol w:w="777"/>
        <w:gridCol w:w="1673"/>
        <w:gridCol w:w="2234"/>
      </w:tblGrid>
      <w:tr w:rsidR="0016148B" w14:paraId="2D4ACC26" w14:textId="77777777">
        <w:trPr>
          <w:jc w:val="center"/>
        </w:trPr>
        <w:tc>
          <w:tcPr>
            <w:tcW w:w="2376" w:type="dxa"/>
            <w:shd w:val="clear" w:color="auto" w:fill="071B33"/>
            <w:vAlign w:val="center"/>
          </w:tcPr>
          <w:p w14:paraId="059DAA7A" w14:textId="77777777" w:rsidR="0016148B" w:rsidRDefault="00000000">
            <w:r>
              <w:rPr>
                <w:b/>
                <w:color w:val="FFFFFF"/>
                <w:sz w:val="15"/>
              </w:rPr>
              <w:t>Cliente / evento</w:t>
            </w:r>
          </w:p>
        </w:tc>
        <w:tc>
          <w:tcPr>
            <w:tcW w:w="3600" w:type="dxa"/>
            <w:shd w:val="clear" w:color="auto" w:fill="071B33"/>
            <w:vAlign w:val="center"/>
          </w:tcPr>
          <w:p w14:paraId="0CA1BF00" w14:textId="77777777" w:rsidR="0016148B" w:rsidRDefault="00000000">
            <w:r>
              <w:rPr>
                <w:b/>
                <w:color w:val="FFFFFF"/>
                <w:sz w:val="15"/>
              </w:rPr>
              <w:t>Servicio comparable</w:t>
            </w:r>
          </w:p>
        </w:tc>
        <w:tc>
          <w:tcPr>
            <w:tcW w:w="792" w:type="dxa"/>
            <w:shd w:val="clear" w:color="auto" w:fill="071B33"/>
            <w:vAlign w:val="center"/>
          </w:tcPr>
          <w:p w14:paraId="34290AB7" w14:textId="77777777" w:rsidR="0016148B" w:rsidRDefault="00000000">
            <w:r>
              <w:rPr>
                <w:b/>
                <w:color w:val="FFFFFF"/>
                <w:sz w:val="15"/>
              </w:rPr>
              <w:t>Año</w:t>
            </w:r>
          </w:p>
        </w:tc>
        <w:tc>
          <w:tcPr>
            <w:tcW w:w="1728" w:type="dxa"/>
            <w:shd w:val="clear" w:color="auto" w:fill="071B33"/>
            <w:vAlign w:val="center"/>
          </w:tcPr>
          <w:p w14:paraId="258CCC4C" w14:textId="77777777" w:rsidR="0016148B" w:rsidRDefault="00000000">
            <w:r>
              <w:rPr>
                <w:b/>
                <w:color w:val="FFFFFF"/>
                <w:sz w:val="15"/>
              </w:rPr>
              <w:t>Monto aprox. CLP</w:t>
            </w:r>
          </w:p>
        </w:tc>
        <w:tc>
          <w:tcPr>
            <w:tcW w:w="2304" w:type="dxa"/>
            <w:shd w:val="clear" w:color="auto" w:fill="071B33"/>
            <w:vAlign w:val="center"/>
          </w:tcPr>
          <w:p w14:paraId="258653D5" w14:textId="77777777" w:rsidR="0016148B" w:rsidRDefault="00000000">
            <w:r>
              <w:rPr>
                <w:b/>
                <w:color w:val="FFFFFF"/>
                <w:sz w:val="15"/>
              </w:rPr>
              <w:t>Contacto verificable</w:t>
            </w:r>
          </w:p>
        </w:tc>
      </w:tr>
      <w:tr w:rsidR="0016148B" w14:paraId="0A78579C" w14:textId="77777777">
        <w:trPr>
          <w:jc w:val="center"/>
        </w:trPr>
        <w:tc>
          <w:tcPr>
            <w:tcW w:w="2376" w:type="dxa"/>
            <w:vAlign w:val="center"/>
          </w:tcPr>
          <w:p w14:paraId="2986A95E" w14:textId="77777777" w:rsidR="0016148B" w:rsidRDefault="0016148B"/>
        </w:tc>
        <w:tc>
          <w:tcPr>
            <w:tcW w:w="3600" w:type="dxa"/>
            <w:vAlign w:val="center"/>
          </w:tcPr>
          <w:p w14:paraId="2E1C53A4" w14:textId="77777777" w:rsidR="0016148B" w:rsidRDefault="0016148B"/>
        </w:tc>
        <w:tc>
          <w:tcPr>
            <w:tcW w:w="792" w:type="dxa"/>
            <w:vAlign w:val="center"/>
          </w:tcPr>
          <w:p w14:paraId="0FC181EA" w14:textId="77777777" w:rsidR="0016148B" w:rsidRDefault="0016148B"/>
        </w:tc>
        <w:tc>
          <w:tcPr>
            <w:tcW w:w="1728" w:type="dxa"/>
            <w:vAlign w:val="center"/>
          </w:tcPr>
          <w:p w14:paraId="0DA19E7D" w14:textId="77777777" w:rsidR="0016148B" w:rsidRDefault="0016148B"/>
        </w:tc>
        <w:tc>
          <w:tcPr>
            <w:tcW w:w="2304" w:type="dxa"/>
            <w:vAlign w:val="center"/>
          </w:tcPr>
          <w:p w14:paraId="0C49E8E5" w14:textId="77777777" w:rsidR="0016148B" w:rsidRDefault="0016148B"/>
        </w:tc>
      </w:tr>
      <w:tr w:rsidR="0016148B" w14:paraId="3A8A0B7F" w14:textId="77777777">
        <w:trPr>
          <w:jc w:val="center"/>
        </w:trPr>
        <w:tc>
          <w:tcPr>
            <w:tcW w:w="2376" w:type="dxa"/>
            <w:vAlign w:val="center"/>
          </w:tcPr>
          <w:p w14:paraId="45C5BAE9" w14:textId="77777777" w:rsidR="0016148B" w:rsidRDefault="0016148B"/>
        </w:tc>
        <w:tc>
          <w:tcPr>
            <w:tcW w:w="3600" w:type="dxa"/>
            <w:vAlign w:val="center"/>
          </w:tcPr>
          <w:p w14:paraId="4DA0622C" w14:textId="77777777" w:rsidR="0016148B" w:rsidRDefault="0016148B"/>
        </w:tc>
        <w:tc>
          <w:tcPr>
            <w:tcW w:w="792" w:type="dxa"/>
            <w:vAlign w:val="center"/>
          </w:tcPr>
          <w:p w14:paraId="1CE3108C" w14:textId="77777777" w:rsidR="0016148B" w:rsidRDefault="0016148B"/>
        </w:tc>
        <w:tc>
          <w:tcPr>
            <w:tcW w:w="1728" w:type="dxa"/>
            <w:vAlign w:val="center"/>
          </w:tcPr>
          <w:p w14:paraId="4DFE872D" w14:textId="77777777" w:rsidR="0016148B" w:rsidRDefault="0016148B"/>
        </w:tc>
        <w:tc>
          <w:tcPr>
            <w:tcW w:w="2304" w:type="dxa"/>
            <w:vAlign w:val="center"/>
          </w:tcPr>
          <w:p w14:paraId="3894ABA8" w14:textId="77777777" w:rsidR="0016148B" w:rsidRDefault="0016148B"/>
        </w:tc>
      </w:tr>
      <w:tr w:rsidR="0016148B" w14:paraId="4668B4A7" w14:textId="77777777">
        <w:trPr>
          <w:jc w:val="center"/>
        </w:trPr>
        <w:tc>
          <w:tcPr>
            <w:tcW w:w="2376" w:type="dxa"/>
            <w:vAlign w:val="center"/>
          </w:tcPr>
          <w:p w14:paraId="5CE7DB34" w14:textId="77777777" w:rsidR="0016148B" w:rsidRDefault="0016148B"/>
        </w:tc>
        <w:tc>
          <w:tcPr>
            <w:tcW w:w="3600" w:type="dxa"/>
            <w:vAlign w:val="center"/>
          </w:tcPr>
          <w:p w14:paraId="45D15273" w14:textId="77777777" w:rsidR="0016148B" w:rsidRDefault="0016148B"/>
        </w:tc>
        <w:tc>
          <w:tcPr>
            <w:tcW w:w="792" w:type="dxa"/>
            <w:vAlign w:val="center"/>
          </w:tcPr>
          <w:p w14:paraId="0A54E996" w14:textId="77777777" w:rsidR="0016148B" w:rsidRDefault="0016148B"/>
        </w:tc>
        <w:tc>
          <w:tcPr>
            <w:tcW w:w="1728" w:type="dxa"/>
            <w:vAlign w:val="center"/>
          </w:tcPr>
          <w:p w14:paraId="7691D0DE" w14:textId="77777777" w:rsidR="0016148B" w:rsidRDefault="0016148B"/>
        </w:tc>
        <w:tc>
          <w:tcPr>
            <w:tcW w:w="2304" w:type="dxa"/>
            <w:vAlign w:val="center"/>
          </w:tcPr>
          <w:p w14:paraId="5306C963" w14:textId="77777777" w:rsidR="0016148B" w:rsidRDefault="0016148B"/>
        </w:tc>
      </w:tr>
      <w:tr w:rsidR="0016148B" w14:paraId="3FD0900E" w14:textId="77777777">
        <w:trPr>
          <w:jc w:val="center"/>
        </w:trPr>
        <w:tc>
          <w:tcPr>
            <w:tcW w:w="2376" w:type="dxa"/>
            <w:vAlign w:val="center"/>
          </w:tcPr>
          <w:p w14:paraId="39E754C4" w14:textId="77777777" w:rsidR="0016148B" w:rsidRDefault="0016148B"/>
        </w:tc>
        <w:tc>
          <w:tcPr>
            <w:tcW w:w="3600" w:type="dxa"/>
            <w:vAlign w:val="center"/>
          </w:tcPr>
          <w:p w14:paraId="7AABC4D5" w14:textId="77777777" w:rsidR="0016148B" w:rsidRDefault="0016148B"/>
        </w:tc>
        <w:tc>
          <w:tcPr>
            <w:tcW w:w="792" w:type="dxa"/>
            <w:vAlign w:val="center"/>
          </w:tcPr>
          <w:p w14:paraId="2AAB1338" w14:textId="77777777" w:rsidR="0016148B" w:rsidRDefault="0016148B"/>
        </w:tc>
        <w:tc>
          <w:tcPr>
            <w:tcW w:w="1728" w:type="dxa"/>
            <w:vAlign w:val="center"/>
          </w:tcPr>
          <w:p w14:paraId="000D1E25" w14:textId="77777777" w:rsidR="0016148B" w:rsidRDefault="0016148B"/>
        </w:tc>
        <w:tc>
          <w:tcPr>
            <w:tcW w:w="2304" w:type="dxa"/>
            <w:vAlign w:val="center"/>
          </w:tcPr>
          <w:p w14:paraId="124A19E8" w14:textId="77777777" w:rsidR="0016148B" w:rsidRDefault="0016148B"/>
        </w:tc>
      </w:tr>
      <w:tr w:rsidR="0016148B" w14:paraId="430E59D8" w14:textId="77777777">
        <w:trPr>
          <w:jc w:val="center"/>
        </w:trPr>
        <w:tc>
          <w:tcPr>
            <w:tcW w:w="2376" w:type="dxa"/>
            <w:vAlign w:val="center"/>
          </w:tcPr>
          <w:p w14:paraId="3F33481D" w14:textId="77777777" w:rsidR="0016148B" w:rsidRDefault="0016148B"/>
        </w:tc>
        <w:tc>
          <w:tcPr>
            <w:tcW w:w="3600" w:type="dxa"/>
            <w:vAlign w:val="center"/>
          </w:tcPr>
          <w:p w14:paraId="2D625ECC" w14:textId="77777777" w:rsidR="0016148B" w:rsidRDefault="0016148B"/>
        </w:tc>
        <w:tc>
          <w:tcPr>
            <w:tcW w:w="792" w:type="dxa"/>
            <w:vAlign w:val="center"/>
          </w:tcPr>
          <w:p w14:paraId="31DB7EEB" w14:textId="77777777" w:rsidR="0016148B" w:rsidRDefault="0016148B"/>
        </w:tc>
        <w:tc>
          <w:tcPr>
            <w:tcW w:w="1728" w:type="dxa"/>
            <w:vAlign w:val="center"/>
          </w:tcPr>
          <w:p w14:paraId="4CA0C9CC" w14:textId="77777777" w:rsidR="0016148B" w:rsidRDefault="0016148B"/>
        </w:tc>
        <w:tc>
          <w:tcPr>
            <w:tcW w:w="2304" w:type="dxa"/>
            <w:vAlign w:val="center"/>
          </w:tcPr>
          <w:p w14:paraId="4F6A7B70" w14:textId="77777777" w:rsidR="0016148B" w:rsidRDefault="0016148B"/>
        </w:tc>
      </w:tr>
      <w:tr w:rsidR="0016148B" w14:paraId="2798FF93" w14:textId="77777777">
        <w:trPr>
          <w:jc w:val="center"/>
        </w:trPr>
        <w:tc>
          <w:tcPr>
            <w:tcW w:w="2376" w:type="dxa"/>
            <w:vAlign w:val="center"/>
          </w:tcPr>
          <w:p w14:paraId="18998B5D" w14:textId="77777777" w:rsidR="0016148B" w:rsidRDefault="0016148B"/>
        </w:tc>
        <w:tc>
          <w:tcPr>
            <w:tcW w:w="3600" w:type="dxa"/>
            <w:vAlign w:val="center"/>
          </w:tcPr>
          <w:p w14:paraId="558424BC" w14:textId="77777777" w:rsidR="0016148B" w:rsidRDefault="0016148B"/>
        </w:tc>
        <w:tc>
          <w:tcPr>
            <w:tcW w:w="792" w:type="dxa"/>
            <w:vAlign w:val="center"/>
          </w:tcPr>
          <w:p w14:paraId="498211BE" w14:textId="77777777" w:rsidR="0016148B" w:rsidRDefault="0016148B"/>
        </w:tc>
        <w:tc>
          <w:tcPr>
            <w:tcW w:w="1728" w:type="dxa"/>
            <w:vAlign w:val="center"/>
          </w:tcPr>
          <w:p w14:paraId="1DEF90E0" w14:textId="77777777" w:rsidR="0016148B" w:rsidRDefault="0016148B"/>
        </w:tc>
        <w:tc>
          <w:tcPr>
            <w:tcW w:w="2304" w:type="dxa"/>
            <w:vAlign w:val="center"/>
          </w:tcPr>
          <w:p w14:paraId="0A95959B" w14:textId="77777777" w:rsidR="0016148B" w:rsidRDefault="0016148B"/>
        </w:tc>
      </w:tr>
    </w:tbl>
    <w:p w14:paraId="339180F2" w14:textId="77777777" w:rsidR="0016148B" w:rsidRDefault="0016148B"/>
    <w:p w14:paraId="700C95E2" w14:textId="77777777" w:rsidR="0016148B" w:rsidRDefault="00000000">
      <w:pPr>
        <w:pStyle w:val="Ttulo1"/>
      </w:pPr>
      <w:r>
        <w:t>Formulario F-04 · Propuesta técnica por lote</w:t>
      </w:r>
    </w:p>
    <w:p w14:paraId="2DDEF45E" w14:textId="77777777" w:rsidR="0016148B" w:rsidRDefault="00000000">
      <w:pPr>
        <w:pStyle w:val="Ttulo2"/>
      </w:pPr>
      <w:r>
        <w:t>0010 · Montaje, stands, gráfica y mobiliario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097"/>
        <w:gridCol w:w="7343"/>
      </w:tblGrid>
      <w:tr w:rsidR="0016148B" w14:paraId="1507D46A" w14:textId="77777777">
        <w:trPr>
          <w:jc w:val="center"/>
        </w:trPr>
        <w:tc>
          <w:tcPr>
            <w:tcW w:w="3312" w:type="dxa"/>
            <w:shd w:val="clear" w:color="auto" w:fill="071B33"/>
            <w:vAlign w:val="center"/>
          </w:tcPr>
          <w:p w14:paraId="5D5177F6" w14:textId="77777777" w:rsidR="0016148B" w:rsidRDefault="00000000">
            <w:r>
              <w:rPr>
                <w:b/>
                <w:color w:val="FFFFFF"/>
                <w:sz w:val="16"/>
              </w:rPr>
              <w:t>Ítem</w:t>
            </w:r>
          </w:p>
        </w:tc>
        <w:tc>
          <w:tcPr>
            <w:tcW w:w="7344" w:type="dxa"/>
            <w:shd w:val="clear" w:color="auto" w:fill="071B33"/>
            <w:vAlign w:val="center"/>
          </w:tcPr>
          <w:p w14:paraId="197412F4" w14:textId="77777777" w:rsidR="0016148B" w:rsidRDefault="00000000">
            <w:r>
              <w:rPr>
                <w:b/>
                <w:color w:val="FFFFFF"/>
                <w:sz w:val="16"/>
              </w:rPr>
              <w:t>Respuesta del oferente</w:t>
            </w:r>
          </w:p>
        </w:tc>
      </w:tr>
      <w:tr w:rsidR="0016148B" w14:paraId="38200338" w14:textId="77777777">
        <w:trPr>
          <w:jc w:val="center"/>
        </w:trPr>
        <w:tc>
          <w:tcPr>
            <w:tcW w:w="3312" w:type="dxa"/>
            <w:vAlign w:val="center"/>
          </w:tcPr>
          <w:p w14:paraId="686C9BB4" w14:textId="77777777" w:rsidR="0016148B" w:rsidRDefault="00000000">
            <w:r>
              <w:rPr>
                <w:color w:val="202833"/>
                <w:sz w:val="16"/>
              </w:rPr>
              <w:t>Descripción de solución / metodología</w:t>
            </w:r>
          </w:p>
        </w:tc>
        <w:tc>
          <w:tcPr>
            <w:tcW w:w="7344" w:type="dxa"/>
            <w:vAlign w:val="center"/>
          </w:tcPr>
          <w:p w14:paraId="299E473F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71739626" w14:textId="77777777">
        <w:trPr>
          <w:jc w:val="center"/>
        </w:trPr>
        <w:tc>
          <w:tcPr>
            <w:tcW w:w="3312" w:type="dxa"/>
            <w:vAlign w:val="center"/>
          </w:tcPr>
          <w:p w14:paraId="3F285230" w14:textId="77777777" w:rsidR="0016148B" w:rsidRDefault="00000000">
            <w:r>
              <w:rPr>
                <w:color w:val="202833"/>
                <w:sz w:val="16"/>
              </w:rPr>
              <w:t>Equipos / recursos incluidos</w:t>
            </w:r>
          </w:p>
        </w:tc>
        <w:tc>
          <w:tcPr>
            <w:tcW w:w="7344" w:type="dxa"/>
            <w:vAlign w:val="center"/>
          </w:tcPr>
          <w:p w14:paraId="08E5C2EC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7938E155" w14:textId="77777777">
        <w:trPr>
          <w:jc w:val="center"/>
        </w:trPr>
        <w:tc>
          <w:tcPr>
            <w:tcW w:w="3312" w:type="dxa"/>
            <w:vAlign w:val="center"/>
          </w:tcPr>
          <w:p w14:paraId="7A541567" w14:textId="77777777" w:rsidR="0016148B" w:rsidRDefault="00000000">
            <w:r>
              <w:rPr>
                <w:color w:val="202833"/>
                <w:sz w:val="16"/>
              </w:rPr>
              <w:t>Dotación y roles</w:t>
            </w:r>
          </w:p>
        </w:tc>
        <w:tc>
          <w:tcPr>
            <w:tcW w:w="7344" w:type="dxa"/>
            <w:vAlign w:val="center"/>
          </w:tcPr>
          <w:p w14:paraId="06C61C50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31676746" w14:textId="77777777">
        <w:trPr>
          <w:jc w:val="center"/>
        </w:trPr>
        <w:tc>
          <w:tcPr>
            <w:tcW w:w="3312" w:type="dxa"/>
            <w:vAlign w:val="center"/>
          </w:tcPr>
          <w:p w14:paraId="16296388" w14:textId="77777777" w:rsidR="0016148B" w:rsidRDefault="00000000">
            <w:r>
              <w:rPr>
                <w:color w:val="202833"/>
                <w:sz w:val="16"/>
              </w:rPr>
              <w:t>Tiempo de montaje / preparación</w:t>
            </w:r>
          </w:p>
        </w:tc>
        <w:tc>
          <w:tcPr>
            <w:tcW w:w="7344" w:type="dxa"/>
            <w:vAlign w:val="center"/>
          </w:tcPr>
          <w:p w14:paraId="4CDC103A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0672BB9C" w14:textId="77777777">
        <w:trPr>
          <w:jc w:val="center"/>
        </w:trPr>
        <w:tc>
          <w:tcPr>
            <w:tcW w:w="3312" w:type="dxa"/>
            <w:vAlign w:val="center"/>
          </w:tcPr>
          <w:p w14:paraId="66F1B8FA" w14:textId="77777777" w:rsidR="0016148B" w:rsidRDefault="00000000">
            <w:r>
              <w:rPr>
                <w:color w:val="202833"/>
                <w:sz w:val="16"/>
              </w:rPr>
              <w:t>Plan de contingencia / reemplazo</w:t>
            </w:r>
          </w:p>
        </w:tc>
        <w:tc>
          <w:tcPr>
            <w:tcW w:w="7344" w:type="dxa"/>
            <w:vAlign w:val="center"/>
          </w:tcPr>
          <w:p w14:paraId="625232C6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34351290" w14:textId="77777777">
        <w:trPr>
          <w:jc w:val="center"/>
        </w:trPr>
        <w:tc>
          <w:tcPr>
            <w:tcW w:w="3312" w:type="dxa"/>
            <w:vAlign w:val="center"/>
          </w:tcPr>
          <w:p w14:paraId="7A9415CD" w14:textId="77777777" w:rsidR="0016148B" w:rsidRDefault="00000000">
            <w:r>
              <w:rPr>
                <w:color w:val="202833"/>
                <w:sz w:val="16"/>
              </w:rPr>
              <w:t>Exclusiones / supuestos</w:t>
            </w:r>
          </w:p>
        </w:tc>
        <w:tc>
          <w:tcPr>
            <w:tcW w:w="7344" w:type="dxa"/>
            <w:vAlign w:val="center"/>
          </w:tcPr>
          <w:p w14:paraId="1E155A47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</w:tbl>
    <w:p w14:paraId="7315DDB3" w14:textId="77777777" w:rsidR="0016148B" w:rsidRDefault="0016148B"/>
    <w:p w14:paraId="28E70F7E" w14:textId="77777777" w:rsidR="0016148B" w:rsidRDefault="00000000">
      <w:pPr>
        <w:pStyle w:val="Ttulo2"/>
      </w:pPr>
      <w:r>
        <w:t>0020 · Audiovisual, pantallas e iluminación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097"/>
        <w:gridCol w:w="7343"/>
      </w:tblGrid>
      <w:tr w:rsidR="0016148B" w14:paraId="76F9082B" w14:textId="77777777">
        <w:trPr>
          <w:jc w:val="center"/>
        </w:trPr>
        <w:tc>
          <w:tcPr>
            <w:tcW w:w="3312" w:type="dxa"/>
            <w:shd w:val="clear" w:color="auto" w:fill="071B33"/>
            <w:vAlign w:val="center"/>
          </w:tcPr>
          <w:p w14:paraId="434A2B2A" w14:textId="77777777" w:rsidR="0016148B" w:rsidRDefault="00000000">
            <w:r>
              <w:rPr>
                <w:b/>
                <w:color w:val="FFFFFF"/>
                <w:sz w:val="16"/>
              </w:rPr>
              <w:t>Ítem</w:t>
            </w:r>
          </w:p>
        </w:tc>
        <w:tc>
          <w:tcPr>
            <w:tcW w:w="7344" w:type="dxa"/>
            <w:shd w:val="clear" w:color="auto" w:fill="071B33"/>
            <w:vAlign w:val="center"/>
          </w:tcPr>
          <w:p w14:paraId="0F66D4A9" w14:textId="77777777" w:rsidR="0016148B" w:rsidRDefault="00000000">
            <w:r>
              <w:rPr>
                <w:b/>
                <w:color w:val="FFFFFF"/>
                <w:sz w:val="16"/>
              </w:rPr>
              <w:t>Respuesta del oferente</w:t>
            </w:r>
          </w:p>
        </w:tc>
      </w:tr>
      <w:tr w:rsidR="0016148B" w14:paraId="2C9A62A8" w14:textId="77777777">
        <w:trPr>
          <w:jc w:val="center"/>
        </w:trPr>
        <w:tc>
          <w:tcPr>
            <w:tcW w:w="3312" w:type="dxa"/>
            <w:vAlign w:val="center"/>
          </w:tcPr>
          <w:p w14:paraId="4ABB6357" w14:textId="77777777" w:rsidR="0016148B" w:rsidRDefault="00000000">
            <w:r>
              <w:rPr>
                <w:color w:val="202833"/>
                <w:sz w:val="16"/>
              </w:rPr>
              <w:t>Descripción de solución / metodología</w:t>
            </w:r>
          </w:p>
        </w:tc>
        <w:tc>
          <w:tcPr>
            <w:tcW w:w="7344" w:type="dxa"/>
            <w:vAlign w:val="center"/>
          </w:tcPr>
          <w:p w14:paraId="11DED4E7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2DEA4277" w14:textId="77777777">
        <w:trPr>
          <w:jc w:val="center"/>
        </w:trPr>
        <w:tc>
          <w:tcPr>
            <w:tcW w:w="3312" w:type="dxa"/>
            <w:vAlign w:val="center"/>
          </w:tcPr>
          <w:p w14:paraId="39C79E79" w14:textId="77777777" w:rsidR="0016148B" w:rsidRDefault="00000000">
            <w:r>
              <w:rPr>
                <w:color w:val="202833"/>
                <w:sz w:val="16"/>
              </w:rPr>
              <w:t>Equipos / recursos incluidos</w:t>
            </w:r>
          </w:p>
        </w:tc>
        <w:tc>
          <w:tcPr>
            <w:tcW w:w="7344" w:type="dxa"/>
            <w:vAlign w:val="center"/>
          </w:tcPr>
          <w:p w14:paraId="3A1760D3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5F194A72" w14:textId="77777777">
        <w:trPr>
          <w:jc w:val="center"/>
        </w:trPr>
        <w:tc>
          <w:tcPr>
            <w:tcW w:w="3312" w:type="dxa"/>
            <w:vAlign w:val="center"/>
          </w:tcPr>
          <w:p w14:paraId="0F049178" w14:textId="77777777" w:rsidR="0016148B" w:rsidRDefault="00000000">
            <w:r>
              <w:rPr>
                <w:color w:val="202833"/>
                <w:sz w:val="16"/>
              </w:rPr>
              <w:t>Dotación y roles</w:t>
            </w:r>
          </w:p>
        </w:tc>
        <w:tc>
          <w:tcPr>
            <w:tcW w:w="7344" w:type="dxa"/>
            <w:vAlign w:val="center"/>
          </w:tcPr>
          <w:p w14:paraId="3D4D71F3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173D5F25" w14:textId="77777777">
        <w:trPr>
          <w:jc w:val="center"/>
        </w:trPr>
        <w:tc>
          <w:tcPr>
            <w:tcW w:w="3312" w:type="dxa"/>
            <w:vAlign w:val="center"/>
          </w:tcPr>
          <w:p w14:paraId="6849E914" w14:textId="77777777" w:rsidR="0016148B" w:rsidRDefault="00000000">
            <w:r>
              <w:rPr>
                <w:color w:val="202833"/>
                <w:sz w:val="16"/>
              </w:rPr>
              <w:t>Tiempo de montaje / preparación</w:t>
            </w:r>
          </w:p>
        </w:tc>
        <w:tc>
          <w:tcPr>
            <w:tcW w:w="7344" w:type="dxa"/>
            <w:vAlign w:val="center"/>
          </w:tcPr>
          <w:p w14:paraId="767F9328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37D9F052" w14:textId="77777777">
        <w:trPr>
          <w:jc w:val="center"/>
        </w:trPr>
        <w:tc>
          <w:tcPr>
            <w:tcW w:w="3312" w:type="dxa"/>
            <w:vAlign w:val="center"/>
          </w:tcPr>
          <w:p w14:paraId="2877BA6D" w14:textId="77777777" w:rsidR="0016148B" w:rsidRDefault="00000000">
            <w:r>
              <w:rPr>
                <w:color w:val="202833"/>
                <w:sz w:val="16"/>
              </w:rPr>
              <w:t>Plan de contingencia / reemplazo</w:t>
            </w:r>
          </w:p>
        </w:tc>
        <w:tc>
          <w:tcPr>
            <w:tcW w:w="7344" w:type="dxa"/>
            <w:vAlign w:val="center"/>
          </w:tcPr>
          <w:p w14:paraId="1437B2FB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776AECEB" w14:textId="77777777">
        <w:trPr>
          <w:jc w:val="center"/>
        </w:trPr>
        <w:tc>
          <w:tcPr>
            <w:tcW w:w="3312" w:type="dxa"/>
            <w:vAlign w:val="center"/>
          </w:tcPr>
          <w:p w14:paraId="3EE548EA" w14:textId="77777777" w:rsidR="0016148B" w:rsidRDefault="00000000">
            <w:r>
              <w:rPr>
                <w:color w:val="202833"/>
                <w:sz w:val="16"/>
              </w:rPr>
              <w:t>Exclusiones / supuestos</w:t>
            </w:r>
          </w:p>
        </w:tc>
        <w:tc>
          <w:tcPr>
            <w:tcW w:w="7344" w:type="dxa"/>
            <w:vAlign w:val="center"/>
          </w:tcPr>
          <w:p w14:paraId="7D2B0BA6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</w:tbl>
    <w:p w14:paraId="5C0FD8BF" w14:textId="77777777" w:rsidR="0016148B" w:rsidRDefault="0016148B"/>
    <w:p w14:paraId="66FB0E72" w14:textId="77777777" w:rsidR="0016148B" w:rsidRDefault="00000000">
      <w:pPr>
        <w:pStyle w:val="Ttulo2"/>
      </w:pPr>
      <w:r>
        <w:t>0030 · Acreditación, credenciales y control de acceso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097"/>
        <w:gridCol w:w="7343"/>
      </w:tblGrid>
      <w:tr w:rsidR="0016148B" w14:paraId="769970CF" w14:textId="77777777">
        <w:trPr>
          <w:jc w:val="center"/>
        </w:trPr>
        <w:tc>
          <w:tcPr>
            <w:tcW w:w="3312" w:type="dxa"/>
            <w:shd w:val="clear" w:color="auto" w:fill="071B33"/>
            <w:vAlign w:val="center"/>
          </w:tcPr>
          <w:p w14:paraId="48661D4E" w14:textId="77777777" w:rsidR="0016148B" w:rsidRDefault="00000000">
            <w:r>
              <w:rPr>
                <w:b/>
                <w:color w:val="FFFFFF"/>
                <w:sz w:val="16"/>
              </w:rPr>
              <w:t>Ítem</w:t>
            </w:r>
          </w:p>
        </w:tc>
        <w:tc>
          <w:tcPr>
            <w:tcW w:w="7344" w:type="dxa"/>
            <w:shd w:val="clear" w:color="auto" w:fill="071B33"/>
            <w:vAlign w:val="center"/>
          </w:tcPr>
          <w:p w14:paraId="107F16C6" w14:textId="77777777" w:rsidR="0016148B" w:rsidRDefault="00000000">
            <w:r>
              <w:rPr>
                <w:b/>
                <w:color w:val="FFFFFF"/>
                <w:sz w:val="16"/>
              </w:rPr>
              <w:t>Respuesta del oferente</w:t>
            </w:r>
          </w:p>
        </w:tc>
      </w:tr>
      <w:tr w:rsidR="0016148B" w14:paraId="2B155318" w14:textId="77777777">
        <w:trPr>
          <w:jc w:val="center"/>
        </w:trPr>
        <w:tc>
          <w:tcPr>
            <w:tcW w:w="3312" w:type="dxa"/>
            <w:vAlign w:val="center"/>
          </w:tcPr>
          <w:p w14:paraId="7789AEF4" w14:textId="77777777" w:rsidR="0016148B" w:rsidRDefault="00000000">
            <w:r>
              <w:rPr>
                <w:color w:val="202833"/>
                <w:sz w:val="16"/>
              </w:rPr>
              <w:t>Descripción de solución / metodología</w:t>
            </w:r>
          </w:p>
        </w:tc>
        <w:tc>
          <w:tcPr>
            <w:tcW w:w="7344" w:type="dxa"/>
            <w:vAlign w:val="center"/>
          </w:tcPr>
          <w:p w14:paraId="7809CD49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41EBA0DE" w14:textId="77777777">
        <w:trPr>
          <w:jc w:val="center"/>
        </w:trPr>
        <w:tc>
          <w:tcPr>
            <w:tcW w:w="3312" w:type="dxa"/>
            <w:vAlign w:val="center"/>
          </w:tcPr>
          <w:p w14:paraId="6C219702" w14:textId="77777777" w:rsidR="0016148B" w:rsidRDefault="00000000">
            <w:r>
              <w:rPr>
                <w:color w:val="202833"/>
                <w:sz w:val="16"/>
              </w:rPr>
              <w:t>Equipos / recursos incluidos</w:t>
            </w:r>
          </w:p>
        </w:tc>
        <w:tc>
          <w:tcPr>
            <w:tcW w:w="7344" w:type="dxa"/>
            <w:vAlign w:val="center"/>
          </w:tcPr>
          <w:p w14:paraId="5FAB1904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35D93F93" w14:textId="77777777">
        <w:trPr>
          <w:jc w:val="center"/>
        </w:trPr>
        <w:tc>
          <w:tcPr>
            <w:tcW w:w="3312" w:type="dxa"/>
            <w:vAlign w:val="center"/>
          </w:tcPr>
          <w:p w14:paraId="07874C81" w14:textId="77777777" w:rsidR="0016148B" w:rsidRDefault="00000000">
            <w:r>
              <w:rPr>
                <w:color w:val="202833"/>
                <w:sz w:val="16"/>
              </w:rPr>
              <w:t>Dotación y roles</w:t>
            </w:r>
          </w:p>
        </w:tc>
        <w:tc>
          <w:tcPr>
            <w:tcW w:w="7344" w:type="dxa"/>
            <w:vAlign w:val="center"/>
          </w:tcPr>
          <w:p w14:paraId="6C8E9AE5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401D7A3B" w14:textId="77777777">
        <w:trPr>
          <w:jc w:val="center"/>
        </w:trPr>
        <w:tc>
          <w:tcPr>
            <w:tcW w:w="3312" w:type="dxa"/>
            <w:vAlign w:val="center"/>
          </w:tcPr>
          <w:p w14:paraId="6A68B1F5" w14:textId="77777777" w:rsidR="0016148B" w:rsidRDefault="00000000">
            <w:r>
              <w:rPr>
                <w:color w:val="202833"/>
                <w:sz w:val="16"/>
              </w:rPr>
              <w:t>Tiempo de montaje / preparación</w:t>
            </w:r>
          </w:p>
        </w:tc>
        <w:tc>
          <w:tcPr>
            <w:tcW w:w="7344" w:type="dxa"/>
            <w:vAlign w:val="center"/>
          </w:tcPr>
          <w:p w14:paraId="4D7FEFC0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6F23653B" w14:textId="77777777">
        <w:trPr>
          <w:jc w:val="center"/>
        </w:trPr>
        <w:tc>
          <w:tcPr>
            <w:tcW w:w="3312" w:type="dxa"/>
            <w:vAlign w:val="center"/>
          </w:tcPr>
          <w:p w14:paraId="45E70F56" w14:textId="77777777" w:rsidR="0016148B" w:rsidRDefault="00000000">
            <w:r>
              <w:rPr>
                <w:color w:val="202833"/>
                <w:sz w:val="16"/>
              </w:rPr>
              <w:t>Plan de contingencia / reemplazo</w:t>
            </w:r>
          </w:p>
        </w:tc>
        <w:tc>
          <w:tcPr>
            <w:tcW w:w="7344" w:type="dxa"/>
            <w:vAlign w:val="center"/>
          </w:tcPr>
          <w:p w14:paraId="4C443148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4288589E" w14:textId="77777777">
        <w:trPr>
          <w:jc w:val="center"/>
        </w:trPr>
        <w:tc>
          <w:tcPr>
            <w:tcW w:w="3312" w:type="dxa"/>
            <w:vAlign w:val="center"/>
          </w:tcPr>
          <w:p w14:paraId="3BEF6C9D" w14:textId="77777777" w:rsidR="0016148B" w:rsidRDefault="00000000">
            <w:r>
              <w:rPr>
                <w:color w:val="202833"/>
                <w:sz w:val="16"/>
              </w:rPr>
              <w:t>Exclusiones / supuestos</w:t>
            </w:r>
          </w:p>
        </w:tc>
        <w:tc>
          <w:tcPr>
            <w:tcW w:w="7344" w:type="dxa"/>
            <w:vAlign w:val="center"/>
          </w:tcPr>
          <w:p w14:paraId="6B269754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</w:tbl>
    <w:p w14:paraId="03BC7CD8" w14:textId="77777777" w:rsidR="0016148B" w:rsidRDefault="0016148B"/>
    <w:p w14:paraId="710E1CF8" w14:textId="77777777" w:rsidR="0016148B" w:rsidRDefault="00000000">
      <w:pPr>
        <w:pStyle w:val="Ttulo2"/>
      </w:pPr>
      <w:r>
        <w:t>0040 · Seguridad privada y control perimetral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097"/>
        <w:gridCol w:w="7343"/>
      </w:tblGrid>
      <w:tr w:rsidR="0016148B" w14:paraId="6E71AE8F" w14:textId="77777777">
        <w:trPr>
          <w:jc w:val="center"/>
        </w:trPr>
        <w:tc>
          <w:tcPr>
            <w:tcW w:w="3312" w:type="dxa"/>
            <w:shd w:val="clear" w:color="auto" w:fill="071B33"/>
            <w:vAlign w:val="center"/>
          </w:tcPr>
          <w:p w14:paraId="457A4044" w14:textId="77777777" w:rsidR="0016148B" w:rsidRDefault="00000000">
            <w:r>
              <w:rPr>
                <w:b/>
                <w:color w:val="FFFFFF"/>
                <w:sz w:val="16"/>
              </w:rPr>
              <w:t>Ítem</w:t>
            </w:r>
          </w:p>
        </w:tc>
        <w:tc>
          <w:tcPr>
            <w:tcW w:w="7344" w:type="dxa"/>
            <w:shd w:val="clear" w:color="auto" w:fill="071B33"/>
            <w:vAlign w:val="center"/>
          </w:tcPr>
          <w:p w14:paraId="7E005960" w14:textId="77777777" w:rsidR="0016148B" w:rsidRDefault="00000000">
            <w:r>
              <w:rPr>
                <w:b/>
                <w:color w:val="FFFFFF"/>
                <w:sz w:val="16"/>
              </w:rPr>
              <w:t>Respuesta del oferente</w:t>
            </w:r>
          </w:p>
        </w:tc>
      </w:tr>
      <w:tr w:rsidR="0016148B" w14:paraId="5BD88A1C" w14:textId="77777777">
        <w:trPr>
          <w:jc w:val="center"/>
        </w:trPr>
        <w:tc>
          <w:tcPr>
            <w:tcW w:w="3312" w:type="dxa"/>
            <w:vAlign w:val="center"/>
          </w:tcPr>
          <w:p w14:paraId="1A42995D" w14:textId="77777777" w:rsidR="0016148B" w:rsidRDefault="00000000">
            <w:r>
              <w:rPr>
                <w:color w:val="202833"/>
                <w:sz w:val="16"/>
              </w:rPr>
              <w:t>Descripción de solución / metodología</w:t>
            </w:r>
          </w:p>
        </w:tc>
        <w:tc>
          <w:tcPr>
            <w:tcW w:w="7344" w:type="dxa"/>
            <w:vAlign w:val="center"/>
          </w:tcPr>
          <w:p w14:paraId="0802508B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6437C5F3" w14:textId="77777777">
        <w:trPr>
          <w:jc w:val="center"/>
        </w:trPr>
        <w:tc>
          <w:tcPr>
            <w:tcW w:w="3312" w:type="dxa"/>
            <w:vAlign w:val="center"/>
          </w:tcPr>
          <w:p w14:paraId="1D37350E" w14:textId="77777777" w:rsidR="0016148B" w:rsidRDefault="00000000">
            <w:r>
              <w:rPr>
                <w:color w:val="202833"/>
                <w:sz w:val="16"/>
              </w:rPr>
              <w:t>Equipos / recursos incluidos</w:t>
            </w:r>
          </w:p>
        </w:tc>
        <w:tc>
          <w:tcPr>
            <w:tcW w:w="7344" w:type="dxa"/>
            <w:vAlign w:val="center"/>
          </w:tcPr>
          <w:p w14:paraId="69FB2E9A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0DD252FE" w14:textId="77777777">
        <w:trPr>
          <w:jc w:val="center"/>
        </w:trPr>
        <w:tc>
          <w:tcPr>
            <w:tcW w:w="3312" w:type="dxa"/>
            <w:vAlign w:val="center"/>
          </w:tcPr>
          <w:p w14:paraId="4AB1ECB8" w14:textId="77777777" w:rsidR="0016148B" w:rsidRDefault="00000000">
            <w:r>
              <w:rPr>
                <w:color w:val="202833"/>
                <w:sz w:val="16"/>
              </w:rPr>
              <w:t>Dotación y roles</w:t>
            </w:r>
          </w:p>
        </w:tc>
        <w:tc>
          <w:tcPr>
            <w:tcW w:w="7344" w:type="dxa"/>
            <w:vAlign w:val="center"/>
          </w:tcPr>
          <w:p w14:paraId="26D328D6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2AB89D4F" w14:textId="77777777">
        <w:trPr>
          <w:jc w:val="center"/>
        </w:trPr>
        <w:tc>
          <w:tcPr>
            <w:tcW w:w="3312" w:type="dxa"/>
            <w:vAlign w:val="center"/>
          </w:tcPr>
          <w:p w14:paraId="58C6850E" w14:textId="77777777" w:rsidR="0016148B" w:rsidRDefault="00000000">
            <w:r>
              <w:rPr>
                <w:color w:val="202833"/>
                <w:sz w:val="16"/>
              </w:rPr>
              <w:t>Tiempo de montaje / preparación</w:t>
            </w:r>
          </w:p>
        </w:tc>
        <w:tc>
          <w:tcPr>
            <w:tcW w:w="7344" w:type="dxa"/>
            <w:vAlign w:val="center"/>
          </w:tcPr>
          <w:p w14:paraId="52EB5F6C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276FDE9C" w14:textId="77777777">
        <w:trPr>
          <w:jc w:val="center"/>
        </w:trPr>
        <w:tc>
          <w:tcPr>
            <w:tcW w:w="3312" w:type="dxa"/>
            <w:vAlign w:val="center"/>
          </w:tcPr>
          <w:p w14:paraId="0777A8D5" w14:textId="77777777" w:rsidR="0016148B" w:rsidRDefault="00000000">
            <w:r>
              <w:rPr>
                <w:color w:val="202833"/>
                <w:sz w:val="16"/>
              </w:rPr>
              <w:t>Plan de contingencia / reemplazo</w:t>
            </w:r>
          </w:p>
        </w:tc>
        <w:tc>
          <w:tcPr>
            <w:tcW w:w="7344" w:type="dxa"/>
            <w:vAlign w:val="center"/>
          </w:tcPr>
          <w:p w14:paraId="1494B1A6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482BC9A0" w14:textId="77777777">
        <w:trPr>
          <w:jc w:val="center"/>
        </w:trPr>
        <w:tc>
          <w:tcPr>
            <w:tcW w:w="3312" w:type="dxa"/>
            <w:vAlign w:val="center"/>
          </w:tcPr>
          <w:p w14:paraId="09BBCE15" w14:textId="77777777" w:rsidR="0016148B" w:rsidRDefault="00000000">
            <w:r>
              <w:rPr>
                <w:color w:val="202833"/>
                <w:sz w:val="16"/>
              </w:rPr>
              <w:t>Exclusiones / supuestos</w:t>
            </w:r>
          </w:p>
        </w:tc>
        <w:tc>
          <w:tcPr>
            <w:tcW w:w="7344" w:type="dxa"/>
            <w:vAlign w:val="center"/>
          </w:tcPr>
          <w:p w14:paraId="04DDB314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</w:tbl>
    <w:p w14:paraId="52E2E447" w14:textId="77777777" w:rsidR="0016148B" w:rsidRDefault="0016148B"/>
    <w:p w14:paraId="655C59DF" w14:textId="77777777" w:rsidR="0016148B" w:rsidRDefault="00000000">
      <w:pPr>
        <w:pStyle w:val="Ttulo2"/>
      </w:pPr>
      <w:r>
        <w:t>0050 · Ambulancia y soporte médico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097"/>
        <w:gridCol w:w="7343"/>
      </w:tblGrid>
      <w:tr w:rsidR="0016148B" w14:paraId="3C11DA12" w14:textId="77777777">
        <w:trPr>
          <w:jc w:val="center"/>
        </w:trPr>
        <w:tc>
          <w:tcPr>
            <w:tcW w:w="3312" w:type="dxa"/>
            <w:shd w:val="clear" w:color="auto" w:fill="071B33"/>
            <w:vAlign w:val="center"/>
          </w:tcPr>
          <w:p w14:paraId="22F0B74D" w14:textId="77777777" w:rsidR="0016148B" w:rsidRDefault="00000000">
            <w:r>
              <w:rPr>
                <w:b/>
                <w:color w:val="FFFFFF"/>
                <w:sz w:val="16"/>
              </w:rPr>
              <w:t>Ítem</w:t>
            </w:r>
          </w:p>
        </w:tc>
        <w:tc>
          <w:tcPr>
            <w:tcW w:w="7344" w:type="dxa"/>
            <w:shd w:val="clear" w:color="auto" w:fill="071B33"/>
            <w:vAlign w:val="center"/>
          </w:tcPr>
          <w:p w14:paraId="07B4BF0C" w14:textId="77777777" w:rsidR="0016148B" w:rsidRDefault="00000000">
            <w:r>
              <w:rPr>
                <w:b/>
                <w:color w:val="FFFFFF"/>
                <w:sz w:val="16"/>
              </w:rPr>
              <w:t>Respuesta del oferente</w:t>
            </w:r>
          </w:p>
        </w:tc>
      </w:tr>
      <w:tr w:rsidR="0016148B" w14:paraId="783F320E" w14:textId="77777777">
        <w:trPr>
          <w:jc w:val="center"/>
        </w:trPr>
        <w:tc>
          <w:tcPr>
            <w:tcW w:w="3312" w:type="dxa"/>
            <w:vAlign w:val="center"/>
          </w:tcPr>
          <w:p w14:paraId="13E7AC8C" w14:textId="77777777" w:rsidR="0016148B" w:rsidRDefault="00000000">
            <w:r>
              <w:rPr>
                <w:color w:val="202833"/>
                <w:sz w:val="16"/>
              </w:rPr>
              <w:t>Descripción de solución / metodología</w:t>
            </w:r>
          </w:p>
        </w:tc>
        <w:tc>
          <w:tcPr>
            <w:tcW w:w="7344" w:type="dxa"/>
            <w:vAlign w:val="center"/>
          </w:tcPr>
          <w:p w14:paraId="39D33FB1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32923D13" w14:textId="77777777">
        <w:trPr>
          <w:jc w:val="center"/>
        </w:trPr>
        <w:tc>
          <w:tcPr>
            <w:tcW w:w="3312" w:type="dxa"/>
            <w:vAlign w:val="center"/>
          </w:tcPr>
          <w:p w14:paraId="2B702B3D" w14:textId="77777777" w:rsidR="0016148B" w:rsidRDefault="00000000">
            <w:r>
              <w:rPr>
                <w:color w:val="202833"/>
                <w:sz w:val="16"/>
              </w:rPr>
              <w:t>Equipos / recursos incluidos</w:t>
            </w:r>
          </w:p>
        </w:tc>
        <w:tc>
          <w:tcPr>
            <w:tcW w:w="7344" w:type="dxa"/>
            <w:vAlign w:val="center"/>
          </w:tcPr>
          <w:p w14:paraId="09378912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43C6B38C" w14:textId="77777777">
        <w:trPr>
          <w:jc w:val="center"/>
        </w:trPr>
        <w:tc>
          <w:tcPr>
            <w:tcW w:w="3312" w:type="dxa"/>
            <w:vAlign w:val="center"/>
          </w:tcPr>
          <w:p w14:paraId="2F3DCAF5" w14:textId="77777777" w:rsidR="0016148B" w:rsidRDefault="00000000">
            <w:r>
              <w:rPr>
                <w:color w:val="202833"/>
                <w:sz w:val="16"/>
              </w:rPr>
              <w:t>Dotación y roles</w:t>
            </w:r>
          </w:p>
        </w:tc>
        <w:tc>
          <w:tcPr>
            <w:tcW w:w="7344" w:type="dxa"/>
            <w:vAlign w:val="center"/>
          </w:tcPr>
          <w:p w14:paraId="709FF6A9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34EFCAC1" w14:textId="77777777">
        <w:trPr>
          <w:jc w:val="center"/>
        </w:trPr>
        <w:tc>
          <w:tcPr>
            <w:tcW w:w="3312" w:type="dxa"/>
            <w:vAlign w:val="center"/>
          </w:tcPr>
          <w:p w14:paraId="38E2C8F8" w14:textId="77777777" w:rsidR="0016148B" w:rsidRDefault="00000000">
            <w:r>
              <w:rPr>
                <w:color w:val="202833"/>
                <w:sz w:val="16"/>
              </w:rPr>
              <w:t>Tiempo de montaje / preparación</w:t>
            </w:r>
          </w:p>
        </w:tc>
        <w:tc>
          <w:tcPr>
            <w:tcW w:w="7344" w:type="dxa"/>
            <w:vAlign w:val="center"/>
          </w:tcPr>
          <w:p w14:paraId="6F449407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21CBE101" w14:textId="77777777">
        <w:trPr>
          <w:jc w:val="center"/>
        </w:trPr>
        <w:tc>
          <w:tcPr>
            <w:tcW w:w="3312" w:type="dxa"/>
            <w:vAlign w:val="center"/>
          </w:tcPr>
          <w:p w14:paraId="6E420B7A" w14:textId="77777777" w:rsidR="0016148B" w:rsidRDefault="00000000">
            <w:r>
              <w:rPr>
                <w:color w:val="202833"/>
                <w:sz w:val="16"/>
              </w:rPr>
              <w:t>Plan de contingencia / reemplazo</w:t>
            </w:r>
          </w:p>
        </w:tc>
        <w:tc>
          <w:tcPr>
            <w:tcW w:w="7344" w:type="dxa"/>
            <w:vAlign w:val="center"/>
          </w:tcPr>
          <w:p w14:paraId="76BF3E74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18453B57" w14:textId="77777777">
        <w:trPr>
          <w:jc w:val="center"/>
        </w:trPr>
        <w:tc>
          <w:tcPr>
            <w:tcW w:w="3312" w:type="dxa"/>
            <w:vAlign w:val="center"/>
          </w:tcPr>
          <w:p w14:paraId="25839664" w14:textId="77777777" w:rsidR="0016148B" w:rsidRDefault="00000000">
            <w:r>
              <w:rPr>
                <w:color w:val="202833"/>
                <w:sz w:val="16"/>
              </w:rPr>
              <w:t>Exclusiones / supuestos</w:t>
            </w:r>
          </w:p>
        </w:tc>
        <w:tc>
          <w:tcPr>
            <w:tcW w:w="7344" w:type="dxa"/>
            <w:vAlign w:val="center"/>
          </w:tcPr>
          <w:p w14:paraId="442D488E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</w:tbl>
    <w:p w14:paraId="33024495" w14:textId="77777777" w:rsidR="0016148B" w:rsidRDefault="0016148B"/>
    <w:p w14:paraId="790DE902" w14:textId="77777777" w:rsidR="0016148B" w:rsidRDefault="00000000">
      <w:pPr>
        <w:pStyle w:val="Ttulo2"/>
      </w:pPr>
      <w:r>
        <w:t>0060 · Electricidad adicional y respaldo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097"/>
        <w:gridCol w:w="7343"/>
      </w:tblGrid>
      <w:tr w:rsidR="0016148B" w14:paraId="2169D882" w14:textId="77777777">
        <w:trPr>
          <w:jc w:val="center"/>
        </w:trPr>
        <w:tc>
          <w:tcPr>
            <w:tcW w:w="3312" w:type="dxa"/>
            <w:shd w:val="clear" w:color="auto" w:fill="071B33"/>
            <w:vAlign w:val="center"/>
          </w:tcPr>
          <w:p w14:paraId="25B0EC9C" w14:textId="77777777" w:rsidR="0016148B" w:rsidRDefault="00000000">
            <w:r>
              <w:rPr>
                <w:b/>
                <w:color w:val="FFFFFF"/>
                <w:sz w:val="16"/>
              </w:rPr>
              <w:t>Ítem</w:t>
            </w:r>
          </w:p>
        </w:tc>
        <w:tc>
          <w:tcPr>
            <w:tcW w:w="7344" w:type="dxa"/>
            <w:shd w:val="clear" w:color="auto" w:fill="071B33"/>
            <w:vAlign w:val="center"/>
          </w:tcPr>
          <w:p w14:paraId="0F71F251" w14:textId="77777777" w:rsidR="0016148B" w:rsidRDefault="00000000">
            <w:r>
              <w:rPr>
                <w:b/>
                <w:color w:val="FFFFFF"/>
                <w:sz w:val="16"/>
              </w:rPr>
              <w:t>Respuesta del oferente</w:t>
            </w:r>
          </w:p>
        </w:tc>
      </w:tr>
      <w:tr w:rsidR="0016148B" w14:paraId="7D3E27FB" w14:textId="77777777">
        <w:trPr>
          <w:jc w:val="center"/>
        </w:trPr>
        <w:tc>
          <w:tcPr>
            <w:tcW w:w="3312" w:type="dxa"/>
            <w:vAlign w:val="center"/>
          </w:tcPr>
          <w:p w14:paraId="74A3A6D9" w14:textId="77777777" w:rsidR="0016148B" w:rsidRDefault="00000000">
            <w:r>
              <w:rPr>
                <w:color w:val="202833"/>
                <w:sz w:val="16"/>
              </w:rPr>
              <w:t>Descripción de solución / metodología</w:t>
            </w:r>
          </w:p>
        </w:tc>
        <w:tc>
          <w:tcPr>
            <w:tcW w:w="7344" w:type="dxa"/>
            <w:vAlign w:val="center"/>
          </w:tcPr>
          <w:p w14:paraId="4544D8CE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1A6DFF76" w14:textId="77777777">
        <w:trPr>
          <w:jc w:val="center"/>
        </w:trPr>
        <w:tc>
          <w:tcPr>
            <w:tcW w:w="3312" w:type="dxa"/>
            <w:vAlign w:val="center"/>
          </w:tcPr>
          <w:p w14:paraId="5490BD85" w14:textId="77777777" w:rsidR="0016148B" w:rsidRDefault="00000000">
            <w:r>
              <w:rPr>
                <w:color w:val="202833"/>
                <w:sz w:val="16"/>
              </w:rPr>
              <w:t>Equipos / recursos incluidos</w:t>
            </w:r>
          </w:p>
        </w:tc>
        <w:tc>
          <w:tcPr>
            <w:tcW w:w="7344" w:type="dxa"/>
            <w:vAlign w:val="center"/>
          </w:tcPr>
          <w:p w14:paraId="4FC38263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4EEC4739" w14:textId="77777777">
        <w:trPr>
          <w:jc w:val="center"/>
        </w:trPr>
        <w:tc>
          <w:tcPr>
            <w:tcW w:w="3312" w:type="dxa"/>
            <w:vAlign w:val="center"/>
          </w:tcPr>
          <w:p w14:paraId="08EE1023" w14:textId="77777777" w:rsidR="0016148B" w:rsidRDefault="00000000">
            <w:r>
              <w:rPr>
                <w:color w:val="202833"/>
                <w:sz w:val="16"/>
              </w:rPr>
              <w:t>Dotación y roles</w:t>
            </w:r>
          </w:p>
        </w:tc>
        <w:tc>
          <w:tcPr>
            <w:tcW w:w="7344" w:type="dxa"/>
            <w:vAlign w:val="center"/>
          </w:tcPr>
          <w:p w14:paraId="2FEDC005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20F92A01" w14:textId="77777777">
        <w:trPr>
          <w:jc w:val="center"/>
        </w:trPr>
        <w:tc>
          <w:tcPr>
            <w:tcW w:w="3312" w:type="dxa"/>
            <w:vAlign w:val="center"/>
          </w:tcPr>
          <w:p w14:paraId="59753384" w14:textId="77777777" w:rsidR="0016148B" w:rsidRDefault="00000000">
            <w:r>
              <w:rPr>
                <w:color w:val="202833"/>
                <w:sz w:val="16"/>
              </w:rPr>
              <w:t>Tiempo de montaje / preparación</w:t>
            </w:r>
          </w:p>
        </w:tc>
        <w:tc>
          <w:tcPr>
            <w:tcW w:w="7344" w:type="dxa"/>
            <w:vAlign w:val="center"/>
          </w:tcPr>
          <w:p w14:paraId="004638AE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1A3F8AD4" w14:textId="77777777">
        <w:trPr>
          <w:jc w:val="center"/>
        </w:trPr>
        <w:tc>
          <w:tcPr>
            <w:tcW w:w="3312" w:type="dxa"/>
            <w:vAlign w:val="center"/>
          </w:tcPr>
          <w:p w14:paraId="11CD2416" w14:textId="77777777" w:rsidR="0016148B" w:rsidRDefault="00000000">
            <w:r>
              <w:rPr>
                <w:color w:val="202833"/>
                <w:sz w:val="16"/>
              </w:rPr>
              <w:t>Plan de contingencia / reemplazo</w:t>
            </w:r>
          </w:p>
        </w:tc>
        <w:tc>
          <w:tcPr>
            <w:tcW w:w="7344" w:type="dxa"/>
            <w:vAlign w:val="center"/>
          </w:tcPr>
          <w:p w14:paraId="05EE18F1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1064E59B" w14:textId="77777777">
        <w:trPr>
          <w:jc w:val="center"/>
        </w:trPr>
        <w:tc>
          <w:tcPr>
            <w:tcW w:w="3312" w:type="dxa"/>
            <w:vAlign w:val="center"/>
          </w:tcPr>
          <w:p w14:paraId="12BDA01D" w14:textId="77777777" w:rsidR="0016148B" w:rsidRDefault="00000000">
            <w:r>
              <w:rPr>
                <w:color w:val="202833"/>
                <w:sz w:val="16"/>
              </w:rPr>
              <w:t>Exclusiones / supuestos</w:t>
            </w:r>
          </w:p>
        </w:tc>
        <w:tc>
          <w:tcPr>
            <w:tcW w:w="7344" w:type="dxa"/>
            <w:vAlign w:val="center"/>
          </w:tcPr>
          <w:p w14:paraId="0FB43BC0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</w:tbl>
    <w:p w14:paraId="09C92F46" w14:textId="77777777" w:rsidR="0016148B" w:rsidRDefault="0016148B"/>
    <w:p w14:paraId="06273A3E" w14:textId="77777777" w:rsidR="0016148B" w:rsidRDefault="00000000">
      <w:pPr>
        <w:pStyle w:val="Ttulo2"/>
      </w:pPr>
      <w:r>
        <w:t>0070 · Aseo, residuos y refuerzo operativo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097"/>
        <w:gridCol w:w="7343"/>
      </w:tblGrid>
      <w:tr w:rsidR="0016148B" w14:paraId="50C264F9" w14:textId="77777777">
        <w:trPr>
          <w:jc w:val="center"/>
        </w:trPr>
        <w:tc>
          <w:tcPr>
            <w:tcW w:w="3312" w:type="dxa"/>
            <w:shd w:val="clear" w:color="auto" w:fill="071B33"/>
            <w:vAlign w:val="center"/>
          </w:tcPr>
          <w:p w14:paraId="29F21DA3" w14:textId="77777777" w:rsidR="0016148B" w:rsidRDefault="00000000">
            <w:r>
              <w:rPr>
                <w:b/>
                <w:color w:val="FFFFFF"/>
                <w:sz w:val="16"/>
              </w:rPr>
              <w:t>Ítem</w:t>
            </w:r>
          </w:p>
        </w:tc>
        <w:tc>
          <w:tcPr>
            <w:tcW w:w="7344" w:type="dxa"/>
            <w:shd w:val="clear" w:color="auto" w:fill="071B33"/>
            <w:vAlign w:val="center"/>
          </w:tcPr>
          <w:p w14:paraId="4867CA22" w14:textId="77777777" w:rsidR="0016148B" w:rsidRDefault="00000000">
            <w:r>
              <w:rPr>
                <w:b/>
                <w:color w:val="FFFFFF"/>
                <w:sz w:val="16"/>
              </w:rPr>
              <w:t>Respuesta del oferente</w:t>
            </w:r>
          </w:p>
        </w:tc>
      </w:tr>
      <w:tr w:rsidR="0016148B" w14:paraId="4EE855FA" w14:textId="77777777">
        <w:trPr>
          <w:jc w:val="center"/>
        </w:trPr>
        <w:tc>
          <w:tcPr>
            <w:tcW w:w="3312" w:type="dxa"/>
            <w:vAlign w:val="center"/>
          </w:tcPr>
          <w:p w14:paraId="4CA89081" w14:textId="77777777" w:rsidR="0016148B" w:rsidRDefault="00000000">
            <w:r>
              <w:rPr>
                <w:color w:val="202833"/>
                <w:sz w:val="16"/>
              </w:rPr>
              <w:t>Descripción de solución / metodología</w:t>
            </w:r>
          </w:p>
        </w:tc>
        <w:tc>
          <w:tcPr>
            <w:tcW w:w="7344" w:type="dxa"/>
            <w:vAlign w:val="center"/>
          </w:tcPr>
          <w:p w14:paraId="79BC7BDA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6ED233A0" w14:textId="77777777">
        <w:trPr>
          <w:jc w:val="center"/>
        </w:trPr>
        <w:tc>
          <w:tcPr>
            <w:tcW w:w="3312" w:type="dxa"/>
            <w:vAlign w:val="center"/>
          </w:tcPr>
          <w:p w14:paraId="4237345B" w14:textId="77777777" w:rsidR="0016148B" w:rsidRDefault="00000000">
            <w:r>
              <w:rPr>
                <w:color w:val="202833"/>
                <w:sz w:val="16"/>
              </w:rPr>
              <w:t>Equipos / recursos incluidos</w:t>
            </w:r>
          </w:p>
        </w:tc>
        <w:tc>
          <w:tcPr>
            <w:tcW w:w="7344" w:type="dxa"/>
            <w:vAlign w:val="center"/>
          </w:tcPr>
          <w:p w14:paraId="5AE06D69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0B2C7319" w14:textId="77777777">
        <w:trPr>
          <w:jc w:val="center"/>
        </w:trPr>
        <w:tc>
          <w:tcPr>
            <w:tcW w:w="3312" w:type="dxa"/>
            <w:vAlign w:val="center"/>
          </w:tcPr>
          <w:p w14:paraId="11138334" w14:textId="77777777" w:rsidR="0016148B" w:rsidRDefault="00000000">
            <w:r>
              <w:rPr>
                <w:color w:val="202833"/>
                <w:sz w:val="16"/>
              </w:rPr>
              <w:t>Dotación y roles</w:t>
            </w:r>
          </w:p>
        </w:tc>
        <w:tc>
          <w:tcPr>
            <w:tcW w:w="7344" w:type="dxa"/>
            <w:vAlign w:val="center"/>
          </w:tcPr>
          <w:p w14:paraId="349D21F5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4C78E86E" w14:textId="77777777">
        <w:trPr>
          <w:jc w:val="center"/>
        </w:trPr>
        <w:tc>
          <w:tcPr>
            <w:tcW w:w="3312" w:type="dxa"/>
            <w:vAlign w:val="center"/>
          </w:tcPr>
          <w:p w14:paraId="4348374F" w14:textId="77777777" w:rsidR="0016148B" w:rsidRDefault="00000000">
            <w:r>
              <w:rPr>
                <w:color w:val="202833"/>
                <w:sz w:val="16"/>
              </w:rPr>
              <w:t>Tiempo de montaje / preparación</w:t>
            </w:r>
          </w:p>
        </w:tc>
        <w:tc>
          <w:tcPr>
            <w:tcW w:w="7344" w:type="dxa"/>
            <w:vAlign w:val="center"/>
          </w:tcPr>
          <w:p w14:paraId="447EB880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23B46B33" w14:textId="77777777">
        <w:trPr>
          <w:jc w:val="center"/>
        </w:trPr>
        <w:tc>
          <w:tcPr>
            <w:tcW w:w="3312" w:type="dxa"/>
            <w:vAlign w:val="center"/>
          </w:tcPr>
          <w:p w14:paraId="5579AD4F" w14:textId="77777777" w:rsidR="0016148B" w:rsidRDefault="00000000">
            <w:r>
              <w:rPr>
                <w:color w:val="202833"/>
                <w:sz w:val="16"/>
              </w:rPr>
              <w:t>Plan de contingencia / reemplazo</w:t>
            </w:r>
          </w:p>
        </w:tc>
        <w:tc>
          <w:tcPr>
            <w:tcW w:w="7344" w:type="dxa"/>
            <w:vAlign w:val="center"/>
          </w:tcPr>
          <w:p w14:paraId="37FA9860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27DBB16D" w14:textId="77777777">
        <w:trPr>
          <w:jc w:val="center"/>
        </w:trPr>
        <w:tc>
          <w:tcPr>
            <w:tcW w:w="3312" w:type="dxa"/>
            <w:vAlign w:val="center"/>
          </w:tcPr>
          <w:p w14:paraId="5B815293" w14:textId="77777777" w:rsidR="0016148B" w:rsidRDefault="00000000">
            <w:r>
              <w:rPr>
                <w:color w:val="202833"/>
                <w:sz w:val="16"/>
              </w:rPr>
              <w:t>Exclusiones / supuestos</w:t>
            </w:r>
          </w:p>
        </w:tc>
        <w:tc>
          <w:tcPr>
            <w:tcW w:w="7344" w:type="dxa"/>
            <w:vAlign w:val="center"/>
          </w:tcPr>
          <w:p w14:paraId="0B49C372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</w:tbl>
    <w:p w14:paraId="3232613D" w14:textId="77777777" w:rsidR="0016148B" w:rsidRDefault="0016148B"/>
    <w:p w14:paraId="51C9354E" w14:textId="77777777" w:rsidR="0016148B" w:rsidRDefault="00000000">
      <w:pPr>
        <w:pStyle w:val="Ttulo2"/>
      </w:pPr>
      <w:r>
        <w:t>0080 · LIVE / Demo Zone: barreras y apoyo de terreno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097"/>
        <w:gridCol w:w="7343"/>
      </w:tblGrid>
      <w:tr w:rsidR="0016148B" w14:paraId="4B8B9331" w14:textId="77777777">
        <w:trPr>
          <w:jc w:val="center"/>
        </w:trPr>
        <w:tc>
          <w:tcPr>
            <w:tcW w:w="3312" w:type="dxa"/>
            <w:shd w:val="clear" w:color="auto" w:fill="071B33"/>
            <w:vAlign w:val="center"/>
          </w:tcPr>
          <w:p w14:paraId="2F0ECA81" w14:textId="77777777" w:rsidR="0016148B" w:rsidRDefault="00000000">
            <w:r>
              <w:rPr>
                <w:b/>
                <w:color w:val="FFFFFF"/>
                <w:sz w:val="16"/>
              </w:rPr>
              <w:t>Ítem</w:t>
            </w:r>
          </w:p>
        </w:tc>
        <w:tc>
          <w:tcPr>
            <w:tcW w:w="7344" w:type="dxa"/>
            <w:shd w:val="clear" w:color="auto" w:fill="071B33"/>
            <w:vAlign w:val="center"/>
          </w:tcPr>
          <w:p w14:paraId="657B702E" w14:textId="77777777" w:rsidR="0016148B" w:rsidRDefault="00000000">
            <w:r>
              <w:rPr>
                <w:b/>
                <w:color w:val="FFFFFF"/>
                <w:sz w:val="16"/>
              </w:rPr>
              <w:t>Respuesta del oferente</w:t>
            </w:r>
          </w:p>
        </w:tc>
      </w:tr>
      <w:tr w:rsidR="0016148B" w14:paraId="4540BF82" w14:textId="77777777">
        <w:trPr>
          <w:jc w:val="center"/>
        </w:trPr>
        <w:tc>
          <w:tcPr>
            <w:tcW w:w="3312" w:type="dxa"/>
            <w:vAlign w:val="center"/>
          </w:tcPr>
          <w:p w14:paraId="449A89A7" w14:textId="77777777" w:rsidR="0016148B" w:rsidRDefault="00000000">
            <w:r>
              <w:rPr>
                <w:color w:val="202833"/>
                <w:sz w:val="16"/>
              </w:rPr>
              <w:t>Descripción de solución / metodología</w:t>
            </w:r>
          </w:p>
        </w:tc>
        <w:tc>
          <w:tcPr>
            <w:tcW w:w="7344" w:type="dxa"/>
            <w:vAlign w:val="center"/>
          </w:tcPr>
          <w:p w14:paraId="779FB71D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2A6DD970" w14:textId="77777777">
        <w:trPr>
          <w:jc w:val="center"/>
        </w:trPr>
        <w:tc>
          <w:tcPr>
            <w:tcW w:w="3312" w:type="dxa"/>
            <w:vAlign w:val="center"/>
          </w:tcPr>
          <w:p w14:paraId="5FFFAE53" w14:textId="77777777" w:rsidR="0016148B" w:rsidRDefault="00000000">
            <w:r>
              <w:rPr>
                <w:color w:val="202833"/>
                <w:sz w:val="16"/>
              </w:rPr>
              <w:t>Equipos / recursos incluidos</w:t>
            </w:r>
          </w:p>
        </w:tc>
        <w:tc>
          <w:tcPr>
            <w:tcW w:w="7344" w:type="dxa"/>
            <w:vAlign w:val="center"/>
          </w:tcPr>
          <w:p w14:paraId="6ECF86A8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1F2C48CC" w14:textId="77777777">
        <w:trPr>
          <w:jc w:val="center"/>
        </w:trPr>
        <w:tc>
          <w:tcPr>
            <w:tcW w:w="3312" w:type="dxa"/>
            <w:vAlign w:val="center"/>
          </w:tcPr>
          <w:p w14:paraId="533B61A6" w14:textId="77777777" w:rsidR="0016148B" w:rsidRDefault="00000000">
            <w:r>
              <w:rPr>
                <w:color w:val="202833"/>
                <w:sz w:val="16"/>
              </w:rPr>
              <w:t>Dotación y roles</w:t>
            </w:r>
          </w:p>
        </w:tc>
        <w:tc>
          <w:tcPr>
            <w:tcW w:w="7344" w:type="dxa"/>
            <w:vAlign w:val="center"/>
          </w:tcPr>
          <w:p w14:paraId="281DED7B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074E704F" w14:textId="77777777">
        <w:trPr>
          <w:jc w:val="center"/>
        </w:trPr>
        <w:tc>
          <w:tcPr>
            <w:tcW w:w="3312" w:type="dxa"/>
            <w:vAlign w:val="center"/>
          </w:tcPr>
          <w:p w14:paraId="00F18E09" w14:textId="77777777" w:rsidR="0016148B" w:rsidRDefault="00000000">
            <w:r>
              <w:rPr>
                <w:color w:val="202833"/>
                <w:sz w:val="16"/>
              </w:rPr>
              <w:t>Tiempo de montaje / preparación</w:t>
            </w:r>
          </w:p>
        </w:tc>
        <w:tc>
          <w:tcPr>
            <w:tcW w:w="7344" w:type="dxa"/>
            <w:vAlign w:val="center"/>
          </w:tcPr>
          <w:p w14:paraId="4DE28D2A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785904A1" w14:textId="77777777">
        <w:trPr>
          <w:jc w:val="center"/>
        </w:trPr>
        <w:tc>
          <w:tcPr>
            <w:tcW w:w="3312" w:type="dxa"/>
            <w:vAlign w:val="center"/>
          </w:tcPr>
          <w:p w14:paraId="673742CA" w14:textId="77777777" w:rsidR="0016148B" w:rsidRDefault="00000000">
            <w:r>
              <w:rPr>
                <w:color w:val="202833"/>
                <w:sz w:val="16"/>
              </w:rPr>
              <w:t>Plan de contingencia / reemplazo</w:t>
            </w:r>
          </w:p>
        </w:tc>
        <w:tc>
          <w:tcPr>
            <w:tcW w:w="7344" w:type="dxa"/>
            <w:vAlign w:val="center"/>
          </w:tcPr>
          <w:p w14:paraId="4E0A3326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  <w:tr w:rsidR="0016148B" w14:paraId="77BECAC6" w14:textId="77777777">
        <w:trPr>
          <w:jc w:val="center"/>
        </w:trPr>
        <w:tc>
          <w:tcPr>
            <w:tcW w:w="3312" w:type="dxa"/>
            <w:vAlign w:val="center"/>
          </w:tcPr>
          <w:p w14:paraId="0A138DCD" w14:textId="77777777" w:rsidR="0016148B" w:rsidRDefault="00000000">
            <w:r>
              <w:rPr>
                <w:color w:val="202833"/>
                <w:sz w:val="16"/>
              </w:rPr>
              <w:t>Exclusiones / supuestos</w:t>
            </w:r>
          </w:p>
        </w:tc>
        <w:tc>
          <w:tcPr>
            <w:tcW w:w="7344" w:type="dxa"/>
            <w:vAlign w:val="center"/>
          </w:tcPr>
          <w:p w14:paraId="2B33A7F2" w14:textId="77777777" w:rsidR="0016148B" w:rsidRDefault="00000000">
            <w:r>
              <w:rPr>
                <w:color w:val="202833"/>
                <w:sz w:val="16"/>
              </w:rPr>
              <w:t>________________________________________________________________________________</w:t>
            </w:r>
          </w:p>
        </w:tc>
      </w:tr>
    </w:tbl>
    <w:p w14:paraId="6D76024A" w14:textId="77777777" w:rsidR="0016148B" w:rsidRDefault="0016148B"/>
    <w:p w14:paraId="6342D488" w14:textId="77777777" w:rsidR="0016148B" w:rsidRDefault="00000000">
      <w:pPr>
        <w:pStyle w:val="Ttulo1"/>
      </w:pPr>
      <w:r>
        <w:t>Formulario F-05 · Responsable de contrato y equipo clave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306"/>
        <w:gridCol w:w="2436"/>
        <w:gridCol w:w="3778"/>
        <w:gridCol w:w="1920"/>
      </w:tblGrid>
      <w:tr w:rsidR="0016148B" w14:paraId="0FB88B71" w14:textId="77777777">
        <w:trPr>
          <w:jc w:val="center"/>
        </w:trPr>
        <w:tc>
          <w:tcPr>
            <w:tcW w:w="2448" w:type="dxa"/>
            <w:shd w:val="clear" w:color="auto" w:fill="071B33"/>
            <w:vAlign w:val="center"/>
          </w:tcPr>
          <w:p w14:paraId="15E044CB" w14:textId="77777777" w:rsidR="0016148B" w:rsidRDefault="00000000">
            <w:r>
              <w:rPr>
                <w:b/>
                <w:color w:val="FFFFFF"/>
                <w:sz w:val="16"/>
              </w:rPr>
              <w:t>Nombre</w:t>
            </w:r>
          </w:p>
        </w:tc>
        <w:tc>
          <w:tcPr>
            <w:tcW w:w="2592" w:type="dxa"/>
            <w:shd w:val="clear" w:color="auto" w:fill="071B33"/>
            <w:vAlign w:val="center"/>
          </w:tcPr>
          <w:p w14:paraId="57BBDBFD" w14:textId="77777777" w:rsidR="0016148B" w:rsidRDefault="00000000">
            <w:r>
              <w:rPr>
                <w:b/>
                <w:color w:val="FFFFFF"/>
                <w:sz w:val="16"/>
              </w:rPr>
              <w:t>Cargo / función</w:t>
            </w:r>
          </w:p>
        </w:tc>
        <w:tc>
          <w:tcPr>
            <w:tcW w:w="4032" w:type="dxa"/>
            <w:shd w:val="clear" w:color="auto" w:fill="071B33"/>
            <w:vAlign w:val="center"/>
          </w:tcPr>
          <w:p w14:paraId="5CF3543F" w14:textId="77777777" w:rsidR="0016148B" w:rsidRDefault="00000000">
            <w:r>
              <w:rPr>
                <w:b/>
                <w:color w:val="FFFFFF"/>
                <w:sz w:val="16"/>
              </w:rPr>
              <w:t>Experiencia relevante</w:t>
            </w:r>
          </w:p>
        </w:tc>
        <w:tc>
          <w:tcPr>
            <w:tcW w:w="2016" w:type="dxa"/>
            <w:shd w:val="clear" w:color="auto" w:fill="071B33"/>
            <w:vAlign w:val="center"/>
          </w:tcPr>
          <w:p w14:paraId="7DF3DED5" w14:textId="77777777" w:rsidR="0016148B" w:rsidRDefault="00000000">
            <w:r>
              <w:rPr>
                <w:b/>
                <w:color w:val="FFFFFF"/>
                <w:sz w:val="16"/>
              </w:rPr>
              <w:t>Contacto</w:t>
            </w:r>
          </w:p>
        </w:tc>
      </w:tr>
      <w:tr w:rsidR="0016148B" w14:paraId="144990FD" w14:textId="77777777">
        <w:trPr>
          <w:jc w:val="center"/>
        </w:trPr>
        <w:tc>
          <w:tcPr>
            <w:tcW w:w="2448" w:type="dxa"/>
            <w:vAlign w:val="center"/>
          </w:tcPr>
          <w:p w14:paraId="35CA1D7B" w14:textId="77777777" w:rsidR="0016148B" w:rsidRDefault="0016148B"/>
        </w:tc>
        <w:tc>
          <w:tcPr>
            <w:tcW w:w="2592" w:type="dxa"/>
            <w:vAlign w:val="center"/>
          </w:tcPr>
          <w:p w14:paraId="25D9D0B3" w14:textId="77777777" w:rsidR="0016148B" w:rsidRDefault="0016148B"/>
        </w:tc>
        <w:tc>
          <w:tcPr>
            <w:tcW w:w="4032" w:type="dxa"/>
            <w:vAlign w:val="center"/>
          </w:tcPr>
          <w:p w14:paraId="302834C7" w14:textId="77777777" w:rsidR="0016148B" w:rsidRDefault="0016148B"/>
        </w:tc>
        <w:tc>
          <w:tcPr>
            <w:tcW w:w="2016" w:type="dxa"/>
            <w:vAlign w:val="center"/>
          </w:tcPr>
          <w:p w14:paraId="117D704A" w14:textId="77777777" w:rsidR="0016148B" w:rsidRDefault="0016148B"/>
        </w:tc>
      </w:tr>
      <w:tr w:rsidR="0016148B" w14:paraId="0A68B9ED" w14:textId="77777777">
        <w:trPr>
          <w:jc w:val="center"/>
        </w:trPr>
        <w:tc>
          <w:tcPr>
            <w:tcW w:w="2448" w:type="dxa"/>
            <w:vAlign w:val="center"/>
          </w:tcPr>
          <w:p w14:paraId="654C0609" w14:textId="77777777" w:rsidR="0016148B" w:rsidRDefault="0016148B"/>
        </w:tc>
        <w:tc>
          <w:tcPr>
            <w:tcW w:w="2592" w:type="dxa"/>
            <w:vAlign w:val="center"/>
          </w:tcPr>
          <w:p w14:paraId="30907617" w14:textId="77777777" w:rsidR="0016148B" w:rsidRDefault="0016148B"/>
        </w:tc>
        <w:tc>
          <w:tcPr>
            <w:tcW w:w="4032" w:type="dxa"/>
            <w:vAlign w:val="center"/>
          </w:tcPr>
          <w:p w14:paraId="310F1CA2" w14:textId="77777777" w:rsidR="0016148B" w:rsidRDefault="0016148B"/>
        </w:tc>
        <w:tc>
          <w:tcPr>
            <w:tcW w:w="2016" w:type="dxa"/>
            <w:vAlign w:val="center"/>
          </w:tcPr>
          <w:p w14:paraId="2BCA493F" w14:textId="77777777" w:rsidR="0016148B" w:rsidRDefault="0016148B"/>
        </w:tc>
      </w:tr>
      <w:tr w:rsidR="0016148B" w14:paraId="171ECE6E" w14:textId="77777777">
        <w:trPr>
          <w:jc w:val="center"/>
        </w:trPr>
        <w:tc>
          <w:tcPr>
            <w:tcW w:w="2448" w:type="dxa"/>
            <w:vAlign w:val="center"/>
          </w:tcPr>
          <w:p w14:paraId="6EB169E0" w14:textId="77777777" w:rsidR="0016148B" w:rsidRDefault="0016148B"/>
        </w:tc>
        <w:tc>
          <w:tcPr>
            <w:tcW w:w="2592" w:type="dxa"/>
            <w:vAlign w:val="center"/>
          </w:tcPr>
          <w:p w14:paraId="273799BB" w14:textId="77777777" w:rsidR="0016148B" w:rsidRDefault="0016148B"/>
        </w:tc>
        <w:tc>
          <w:tcPr>
            <w:tcW w:w="4032" w:type="dxa"/>
            <w:vAlign w:val="center"/>
          </w:tcPr>
          <w:p w14:paraId="1B116F3B" w14:textId="77777777" w:rsidR="0016148B" w:rsidRDefault="0016148B"/>
        </w:tc>
        <w:tc>
          <w:tcPr>
            <w:tcW w:w="2016" w:type="dxa"/>
            <w:vAlign w:val="center"/>
          </w:tcPr>
          <w:p w14:paraId="06E4EB2D" w14:textId="77777777" w:rsidR="0016148B" w:rsidRDefault="0016148B"/>
        </w:tc>
      </w:tr>
      <w:tr w:rsidR="0016148B" w14:paraId="5BDFDF69" w14:textId="77777777">
        <w:trPr>
          <w:jc w:val="center"/>
        </w:trPr>
        <w:tc>
          <w:tcPr>
            <w:tcW w:w="2448" w:type="dxa"/>
            <w:vAlign w:val="center"/>
          </w:tcPr>
          <w:p w14:paraId="13E20477" w14:textId="77777777" w:rsidR="0016148B" w:rsidRDefault="0016148B"/>
        </w:tc>
        <w:tc>
          <w:tcPr>
            <w:tcW w:w="2592" w:type="dxa"/>
            <w:vAlign w:val="center"/>
          </w:tcPr>
          <w:p w14:paraId="60D20D0A" w14:textId="77777777" w:rsidR="0016148B" w:rsidRDefault="0016148B"/>
        </w:tc>
        <w:tc>
          <w:tcPr>
            <w:tcW w:w="4032" w:type="dxa"/>
            <w:vAlign w:val="center"/>
          </w:tcPr>
          <w:p w14:paraId="754B213B" w14:textId="77777777" w:rsidR="0016148B" w:rsidRDefault="0016148B"/>
        </w:tc>
        <w:tc>
          <w:tcPr>
            <w:tcW w:w="2016" w:type="dxa"/>
            <w:vAlign w:val="center"/>
          </w:tcPr>
          <w:p w14:paraId="5E46C426" w14:textId="77777777" w:rsidR="0016148B" w:rsidRDefault="0016148B"/>
        </w:tc>
      </w:tr>
      <w:tr w:rsidR="0016148B" w14:paraId="4CC27418" w14:textId="77777777">
        <w:trPr>
          <w:jc w:val="center"/>
        </w:trPr>
        <w:tc>
          <w:tcPr>
            <w:tcW w:w="2448" w:type="dxa"/>
            <w:vAlign w:val="center"/>
          </w:tcPr>
          <w:p w14:paraId="368AB7C8" w14:textId="77777777" w:rsidR="0016148B" w:rsidRDefault="0016148B"/>
        </w:tc>
        <w:tc>
          <w:tcPr>
            <w:tcW w:w="2592" w:type="dxa"/>
            <w:vAlign w:val="center"/>
          </w:tcPr>
          <w:p w14:paraId="02B93812" w14:textId="77777777" w:rsidR="0016148B" w:rsidRDefault="0016148B"/>
        </w:tc>
        <w:tc>
          <w:tcPr>
            <w:tcW w:w="4032" w:type="dxa"/>
            <w:vAlign w:val="center"/>
          </w:tcPr>
          <w:p w14:paraId="16A8B7CC" w14:textId="77777777" w:rsidR="0016148B" w:rsidRDefault="0016148B"/>
        </w:tc>
        <w:tc>
          <w:tcPr>
            <w:tcW w:w="2016" w:type="dxa"/>
            <w:vAlign w:val="center"/>
          </w:tcPr>
          <w:p w14:paraId="619FDBDC" w14:textId="77777777" w:rsidR="0016148B" w:rsidRDefault="0016148B"/>
        </w:tc>
      </w:tr>
    </w:tbl>
    <w:p w14:paraId="5AEC8925" w14:textId="77777777" w:rsidR="0016148B" w:rsidRDefault="0016148B"/>
    <w:p w14:paraId="3F5634C5" w14:textId="77777777" w:rsidR="0016148B" w:rsidRDefault="00000000">
      <w:pPr>
        <w:pStyle w:val="Ttulo1"/>
      </w:pPr>
      <w:r>
        <w:t>Formulario F-06 · Subcontratistas</w:t>
      </w:r>
    </w:p>
    <w:p w14:paraId="69334BB8" w14:textId="77777777" w:rsidR="0016148B" w:rsidRDefault="00000000">
      <w:r>
        <w:t>Si no utilizará subcontratistas relevantes, indicar: NO APLICA.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37"/>
        <w:gridCol w:w="4868"/>
        <w:gridCol w:w="2235"/>
      </w:tblGrid>
      <w:tr w:rsidR="0016148B" w14:paraId="640A90A3" w14:textId="77777777">
        <w:trPr>
          <w:jc w:val="center"/>
        </w:trPr>
        <w:tc>
          <w:tcPr>
            <w:tcW w:w="3456" w:type="dxa"/>
            <w:shd w:val="clear" w:color="auto" w:fill="071B33"/>
            <w:vAlign w:val="center"/>
          </w:tcPr>
          <w:p w14:paraId="6FECD018" w14:textId="77777777" w:rsidR="0016148B" w:rsidRDefault="00000000">
            <w:r>
              <w:rPr>
                <w:b/>
                <w:color w:val="FFFFFF"/>
                <w:sz w:val="16"/>
              </w:rPr>
              <w:t>Empresa / RUT</w:t>
            </w:r>
          </w:p>
        </w:tc>
        <w:tc>
          <w:tcPr>
            <w:tcW w:w="5040" w:type="dxa"/>
            <w:shd w:val="clear" w:color="auto" w:fill="071B33"/>
            <w:vAlign w:val="center"/>
          </w:tcPr>
          <w:p w14:paraId="6AF82B64" w14:textId="77777777" w:rsidR="0016148B" w:rsidRDefault="00000000">
            <w:r>
              <w:rPr>
                <w:b/>
                <w:color w:val="FFFFFF"/>
                <w:sz w:val="16"/>
              </w:rPr>
              <w:t>Servicio subcontratado</w:t>
            </w:r>
          </w:p>
        </w:tc>
        <w:tc>
          <w:tcPr>
            <w:tcW w:w="2304" w:type="dxa"/>
            <w:shd w:val="clear" w:color="auto" w:fill="071B33"/>
            <w:vAlign w:val="center"/>
          </w:tcPr>
          <w:p w14:paraId="4DA59323" w14:textId="77777777" w:rsidR="0016148B" w:rsidRDefault="00000000">
            <w:r>
              <w:rPr>
                <w:b/>
                <w:color w:val="FFFFFF"/>
                <w:sz w:val="16"/>
              </w:rPr>
              <w:t>% o alcance</w:t>
            </w:r>
          </w:p>
        </w:tc>
      </w:tr>
      <w:tr w:rsidR="0016148B" w14:paraId="763863C1" w14:textId="77777777">
        <w:trPr>
          <w:jc w:val="center"/>
        </w:trPr>
        <w:tc>
          <w:tcPr>
            <w:tcW w:w="3456" w:type="dxa"/>
            <w:vAlign w:val="center"/>
          </w:tcPr>
          <w:p w14:paraId="045B9EC7" w14:textId="77777777" w:rsidR="0016148B" w:rsidRDefault="0016148B"/>
        </w:tc>
        <w:tc>
          <w:tcPr>
            <w:tcW w:w="5040" w:type="dxa"/>
            <w:vAlign w:val="center"/>
          </w:tcPr>
          <w:p w14:paraId="49E6D870" w14:textId="77777777" w:rsidR="0016148B" w:rsidRDefault="0016148B"/>
        </w:tc>
        <w:tc>
          <w:tcPr>
            <w:tcW w:w="2304" w:type="dxa"/>
            <w:vAlign w:val="center"/>
          </w:tcPr>
          <w:p w14:paraId="380A179B" w14:textId="77777777" w:rsidR="0016148B" w:rsidRDefault="0016148B"/>
        </w:tc>
      </w:tr>
      <w:tr w:rsidR="0016148B" w14:paraId="71625680" w14:textId="77777777">
        <w:trPr>
          <w:jc w:val="center"/>
        </w:trPr>
        <w:tc>
          <w:tcPr>
            <w:tcW w:w="3456" w:type="dxa"/>
            <w:vAlign w:val="center"/>
          </w:tcPr>
          <w:p w14:paraId="6C57EA22" w14:textId="77777777" w:rsidR="0016148B" w:rsidRDefault="0016148B"/>
        </w:tc>
        <w:tc>
          <w:tcPr>
            <w:tcW w:w="5040" w:type="dxa"/>
            <w:vAlign w:val="center"/>
          </w:tcPr>
          <w:p w14:paraId="03BE0055" w14:textId="77777777" w:rsidR="0016148B" w:rsidRDefault="0016148B"/>
        </w:tc>
        <w:tc>
          <w:tcPr>
            <w:tcW w:w="2304" w:type="dxa"/>
            <w:vAlign w:val="center"/>
          </w:tcPr>
          <w:p w14:paraId="2B1F7899" w14:textId="77777777" w:rsidR="0016148B" w:rsidRDefault="0016148B"/>
        </w:tc>
      </w:tr>
      <w:tr w:rsidR="0016148B" w14:paraId="630AF6D9" w14:textId="77777777">
        <w:trPr>
          <w:jc w:val="center"/>
        </w:trPr>
        <w:tc>
          <w:tcPr>
            <w:tcW w:w="3456" w:type="dxa"/>
            <w:vAlign w:val="center"/>
          </w:tcPr>
          <w:p w14:paraId="649D734B" w14:textId="77777777" w:rsidR="0016148B" w:rsidRDefault="0016148B"/>
        </w:tc>
        <w:tc>
          <w:tcPr>
            <w:tcW w:w="5040" w:type="dxa"/>
            <w:vAlign w:val="center"/>
          </w:tcPr>
          <w:p w14:paraId="075CFBC3" w14:textId="77777777" w:rsidR="0016148B" w:rsidRDefault="0016148B"/>
        </w:tc>
        <w:tc>
          <w:tcPr>
            <w:tcW w:w="2304" w:type="dxa"/>
            <w:vAlign w:val="center"/>
          </w:tcPr>
          <w:p w14:paraId="15331074" w14:textId="77777777" w:rsidR="0016148B" w:rsidRDefault="0016148B"/>
        </w:tc>
      </w:tr>
      <w:tr w:rsidR="0016148B" w14:paraId="25DDD590" w14:textId="77777777">
        <w:trPr>
          <w:jc w:val="center"/>
        </w:trPr>
        <w:tc>
          <w:tcPr>
            <w:tcW w:w="3456" w:type="dxa"/>
            <w:vAlign w:val="center"/>
          </w:tcPr>
          <w:p w14:paraId="36ACD254" w14:textId="77777777" w:rsidR="0016148B" w:rsidRDefault="0016148B"/>
        </w:tc>
        <w:tc>
          <w:tcPr>
            <w:tcW w:w="5040" w:type="dxa"/>
            <w:vAlign w:val="center"/>
          </w:tcPr>
          <w:p w14:paraId="1F0D9EC9" w14:textId="77777777" w:rsidR="0016148B" w:rsidRDefault="0016148B"/>
        </w:tc>
        <w:tc>
          <w:tcPr>
            <w:tcW w:w="2304" w:type="dxa"/>
            <w:vAlign w:val="center"/>
          </w:tcPr>
          <w:p w14:paraId="68913652" w14:textId="77777777" w:rsidR="0016148B" w:rsidRDefault="0016148B"/>
        </w:tc>
      </w:tr>
    </w:tbl>
    <w:p w14:paraId="4A56ACC2" w14:textId="77777777" w:rsidR="0016148B" w:rsidRDefault="0016148B"/>
    <w:p w14:paraId="7A2E7832" w14:textId="77777777" w:rsidR="0016148B" w:rsidRDefault="00000000">
      <w:pPr>
        <w:pStyle w:val="Ttulo1"/>
      </w:pPr>
      <w:r>
        <w:t>Formulario F-07 · Desviaciones y aclaraciones</w:t>
      </w:r>
    </w:p>
    <w:p w14:paraId="63C621AE" w14:textId="77777777" w:rsidR="0016148B" w:rsidRDefault="00000000">
      <w:r>
        <w:t>El oferente debe declarar expresamente toda desviación respecto de las Bases. La ausencia de observaciones se entenderá como aceptación sin reservas.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65"/>
        <w:gridCol w:w="5520"/>
        <w:gridCol w:w="2955"/>
      </w:tblGrid>
      <w:tr w:rsidR="0016148B" w14:paraId="7BAB6C3B" w14:textId="77777777">
        <w:trPr>
          <w:jc w:val="center"/>
        </w:trPr>
        <w:tc>
          <w:tcPr>
            <w:tcW w:w="2016" w:type="dxa"/>
            <w:shd w:val="clear" w:color="auto" w:fill="071B33"/>
            <w:vAlign w:val="center"/>
          </w:tcPr>
          <w:p w14:paraId="4306F24B" w14:textId="77777777" w:rsidR="0016148B" w:rsidRDefault="00000000">
            <w:r>
              <w:rPr>
                <w:b/>
                <w:color w:val="FFFFFF"/>
                <w:sz w:val="16"/>
              </w:rPr>
              <w:t>Referencia Bases</w:t>
            </w:r>
          </w:p>
        </w:tc>
        <w:tc>
          <w:tcPr>
            <w:tcW w:w="5760" w:type="dxa"/>
            <w:shd w:val="clear" w:color="auto" w:fill="071B33"/>
            <w:vAlign w:val="center"/>
          </w:tcPr>
          <w:p w14:paraId="7C89F82A" w14:textId="77777777" w:rsidR="0016148B" w:rsidRDefault="00000000">
            <w:r>
              <w:rPr>
                <w:b/>
                <w:color w:val="FFFFFF"/>
                <w:sz w:val="16"/>
              </w:rPr>
              <w:t>Desviación / aclaración</w:t>
            </w:r>
          </w:p>
        </w:tc>
        <w:tc>
          <w:tcPr>
            <w:tcW w:w="3024" w:type="dxa"/>
            <w:shd w:val="clear" w:color="auto" w:fill="071B33"/>
            <w:vAlign w:val="center"/>
          </w:tcPr>
          <w:p w14:paraId="54026A0E" w14:textId="77777777" w:rsidR="0016148B" w:rsidRDefault="00000000">
            <w:r>
              <w:rPr>
                <w:b/>
                <w:color w:val="FFFFFF"/>
                <w:sz w:val="16"/>
              </w:rPr>
              <w:t>Impacto técnico/económico</w:t>
            </w:r>
          </w:p>
        </w:tc>
      </w:tr>
      <w:tr w:rsidR="0016148B" w14:paraId="5E9B6840" w14:textId="77777777">
        <w:trPr>
          <w:jc w:val="center"/>
        </w:trPr>
        <w:tc>
          <w:tcPr>
            <w:tcW w:w="2016" w:type="dxa"/>
            <w:vAlign w:val="center"/>
          </w:tcPr>
          <w:p w14:paraId="7A6408C5" w14:textId="77777777" w:rsidR="0016148B" w:rsidRDefault="0016148B"/>
        </w:tc>
        <w:tc>
          <w:tcPr>
            <w:tcW w:w="5760" w:type="dxa"/>
            <w:vAlign w:val="center"/>
          </w:tcPr>
          <w:p w14:paraId="6AB158A3" w14:textId="77777777" w:rsidR="0016148B" w:rsidRDefault="0016148B"/>
        </w:tc>
        <w:tc>
          <w:tcPr>
            <w:tcW w:w="3024" w:type="dxa"/>
            <w:vAlign w:val="center"/>
          </w:tcPr>
          <w:p w14:paraId="30A254C9" w14:textId="77777777" w:rsidR="0016148B" w:rsidRDefault="0016148B"/>
        </w:tc>
      </w:tr>
      <w:tr w:rsidR="0016148B" w14:paraId="773A67D5" w14:textId="77777777">
        <w:trPr>
          <w:jc w:val="center"/>
        </w:trPr>
        <w:tc>
          <w:tcPr>
            <w:tcW w:w="2016" w:type="dxa"/>
            <w:vAlign w:val="center"/>
          </w:tcPr>
          <w:p w14:paraId="0AFB5929" w14:textId="77777777" w:rsidR="0016148B" w:rsidRDefault="0016148B"/>
        </w:tc>
        <w:tc>
          <w:tcPr>
            <w:tcW w:w="5760" w:type="dxa"/>
            <w:vAlign w:val="center"/>
          </w:tcPr>
          <w:p w14:paraId="679841AC" w14:textId="77777777" w:rsidR="0016148B" w:rsidRDefault="0016148B"/>
        </w:tc>
        <w:tc>
          <w:tcPr>
            <w:tcW w:w="3024" w:type="dxa"/>
            <w:vAlign w:val="center"/>
          </w:tcPr>
          <w:p w14:paraId="571C6423" w14:textId="77777777" w:rsidR="0016148B" w:rsidRDefault="0016148B"/>
        </w:tc>
      </w:tr>
      <w:tr w:rsidR="0016148B" w14:paraId="6E257A45" w14:textId="77777777">
        <w:trPr>
          <w:jc w:val="center"/>
        </w:trPr>
        <w:tc>
          <w:tcPr>
            <w:tcW w:w="2016" w:type="dxa"/>
            <w:vAlign w:val="center"/>
          </w:tcPr>
          <w:p w14:paraId="16AE3D68" w14:textId="77777777" w:rsidR="0016148B" w:rsidRDefault="0016148B"/>
        </w:tc>
        <w:tc>
          <w:tcPr>
            <w:tcW w:w="5760" w:type="dxa"/>
            <w:vAlign w:val="center"/>
          </w:tcPr>
          <w:p w14:paraId="35768F55" w14:textId="77777777" w:rsidR="0016148B" w:rsidRDefault="0016148B"/>
        </w:tc>
        <w:tc>
          <w:tcPr>
            <w:tcW w:w="3024" w:type="dxa"/>
            <w:vAlign w:val="center"/>
          </w:tcPr>
          <w:p w14:paraId="20656D79" w14:textId="77777777" w:rsidR="0016148B" w:rsidRDefault="0016148B"/>
        </w:tc>
      </w:tr>
      <w:tr w:rsidR="0016148B" w14:paraId="20F70C9F" w14:textId="77777777">
        <w:trPr>
          <w:jc w:val="center"/>
        </w:trPr>
        <w:tc>
          <w:tcPr>
            <w:tcW w:w="2016" w:type="dxa"/>
            <w:vAlign w:val="center"/>
          </w:tcPr>
          <w:p w14:paraId="2ED09590" w14:textId="77777777" w:rsidR="0016148B" w:rsidRDefault="0016148B"/>
        </w:tc>
        <w:tc>
          <w:tcPr>
            <w:tcW w:w="5760" w:type="dxa"/>
            <w:vAlign w:val="center"/>
          </w:tcPr>
          <w:p w14:paraId="13068FC1" w14:textId="77777777" w:rsidR="0016148B" w:rsidRDefault="0016148B"/>
        </w:tc>
        <w:tc>
          <w:tcPr>
            <w:tcW w:w="3024" w:type="dxa"/>
            <w:vAlign w:val="center"/>
          </w:tcPr>
          <w:p w14:paraId="7DC59BCD" w14:textId="77777777" w:rsidR="0016148B" w:rsidRDefault="0016148B"/>
        </w:tc>
      </w:tr>
      <w:tr w:rsidR="0016148B" w14:paraId="2AFC047F" w14:textId="77777777">
        <w:trPr>
          <w:jc w:val="center"/>
        </w:trPr>
        <w:tc>
          <w:tcPr>
            <w:tcW w:w="2016" w:type="dxa"/>
            <w:vAlign w:val="center"/>
          </w:tcPr>
          <w:p w14:paraId="40AC010F" w14:textId="77777777" w:rsidR="0016148B" w:rsidRDefault="0016148B"/>
        </w:tc>
        <w:tc>
          <w:tcPr>
            <w:tcW w:w="5760" w:type="dxa"/>
            <w:vAlign w:val="center"/>
          </w:tcPr>
          <w:p w14:paraId="21B1795D" w14:textId="77777777" w:rsidR="0016148B" w:rsidRDefault="0016148B"/>
        </w:tc>
        <w:tc>
          <w:tcPr>
            <w:tcW w:w="3024" w:type="dxa"/>
            <w:vAlign w:val="center"/>
          </w:tcPr>
          <w:p w14:paraId="3089A141" w14:textId="77777777" w:rsidR="0016148B" w:rsidRDefault="0016148B"/>
        </w:tc>
      </w:tr>
      <w:tr w:rsidR="0016148B" w14:paraId="49087BE1" w14:textId="77777777">
        <w:trPr>
          <w:jc w:val="center"/>
        </w:trPr>
        <w:tc>
          <w:tcPr>
            <w:tcW w:w="2016" w:type="dxa"/>
            <w:vAlign w:val="center"/>
          </w:tcPr>
          <w:p w14:paraId="2145335C" w14:textId="77777777" w:rsidR="0016148B" w:rsidRDefault="0016148B"/>
        </w:tc>
        <w:tc>
          <w:tcPr>
            <w:tcW w:w="5760" w:type="dxa"/>
            <w:vAlign w:val="center"/>
          </w:tcPr>
          <w:p w14:paraId="76D0253D" w14:textId="77777777" w:rsidR="0016148B" w:rsidRDefault="0016148B"/>
        </w:tc>
        <w:tc>
          <w:tcPr>
            <w:tcW w:w="3024" w:type="dxa"/>
            <w:vAlign w:val="center"/>
          </w:tcPr>
          <w:p w14:paraId="2A3186AE" w14:textId="77777777" w:rsidR="0016148B" w:rsidRDefault="0016148B"/>
        </w:tc>
      </w:tr>
    </w:tbl>
    <w:p w14:paraId="65854931" w14:textId="77777777" w:rsidR="0016148B" w:rsidRDefault="0016148B"/>
    <w:p w14:paraId="4555D091" w14:textId="77777777" w:rsidR="0016148B" w:rsidRDefault="00000000">
      <w:pPr>
        <w:pStyle w:val="Ttulo1"/>
      </w:pPr>
      <w:r>
        <w:lastRenderedPageBreak/>
        <w:t>Checklist de documentos a subir</w:t>
      </w:r>
    </w:p>
    <w:p w14:paraId="082F1682" w14:textId="77777777" w:rsidR="0016148B" w:rsidRDefault="00000000">
      <w:r>
        <w:t>☐ F-01 Identificación del oferente.</w:t>
      </w:r>
    </w:p>
    <w:p w14:paraId="117F25D0" w14:textId="77777777" w:rsidR="0016148B" w:rsidRDefault="00000000">
      <w:r>
        <w:t>☐ F-02 Declaración de aceptación y probidad firmada.</w:t>
      </w:r>
    </w:p>
    <w:p w14:paraId="55DA52F6" w14:textId="77777777" w:rsidR="0016148B" w:rsidRDefault="00000000">
      <w:r>
        <w:t>☐ F-03 Experiencia específica.</w:t>
      </w:r>
    </w:p>
    <w:p w14:paraId="33AD7C43" w14:textId="77777777" w:rsidR="0016148B" w:rsidRDefault="00000000">
      <w:r>
        <w:t>☐ F-04 Propuesta técnica por cada lote ofertado.</w:t>
      </w:r>
    </w:p>
    <w:p w14:paraId="2184E877" w14:textId="77777777" w:rsidR="0016148B" w:rsidRDefault="00000000">
      <w:r>
        <w:t>☐ F-05 Responsable de contrato y equipo clave.</w:t>
      </w:r>
    </w:p>
    <w:p w14:paraId="02D6D3B5" w14:textId="77777777" w:rsidR="0016148B" w:rsidRDefault="00000000">
      <w:r>
        <w:t>☐ F-06 Subcontratistas.</w:t>
      </w:r>
    </w:p>
    <w:p w14:paraId="06847C42" w14:textId="77777777" w:rsidR="0016148B" w:rsidRDefault="00000000">
      <w:r>
        <w:t>☐ F-07 Desviaciones y aclaraciones.</w:t>
      </w:r>
    </w:p>
    <w:p w14:paraId="239F979E" w14:textId="77777777" w:rsidR="0016148B" w:rsidRDefault="00000000">
      <w:r>
        <w:t>☐ Excel oficial de Oferta Económica.</w:t>
      </w:r>
    </w:p>
    <w:p w14:paraId="3C88563F" w14:textId="77777777" w:rsidR="0016148B" w:rsidRDefault="00000000">
      <w:r>
        <w:t>☐ Documentos tributarios/legales solicitados para registro de proveedor.</w:t>
      </w:r>
    </w:p>
    <w:p w14:paraId="55617684" w14:textId="77777777" w:rsidR="0016148B" w:rsidRDefault="00000000">
      <w:r>
        <w:t>☐ Fichas técnicas o antecedentes de respaldo pertinentes.</w:t>
      </w:r>
    </w:p>
    <w:sectPr w:rsidR="0016148B" w:rsidSect="00034616">
      <w:headerReference w:type="default" r:id="rId8"/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5E1F87" w14:textId="77777777" w:rsidR="00985EB2" w:rsidRDefault="00985EB2">
      <w:pPr>
        <w:spacing w:after="0" w:line="240" w:lineRule="auto"/>
      </w:pPr>
      <w:r>
        <w:separator/>
      </w:r>
    </w:p>
  </w:endnote>
  <w:endnote w:type="continuationSeparator" w:id="0">
    <w:p w14:paraId="77AC427E" w14:textId="77777777" w:rsidR="00985EB2" w:rsidRDefault="00985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472207" w14:textId="77777777" w:rsidR="0016148B" w:rsidRDefault="00000000">
    <w:pPr>
      <w:pStyle w:val="Piedepgina"/>
      <w:jc w:val="center"/>
    </w:pPr>
    <w:r>
      <w:rPr>
        <w:color w:val="5B6573"/>
        <w:sz w:val="16"/>
      </w:rPr>
      <w:t xml:space="preserve">Advance Aviation Event </w:t>
    </w:r>
    <w:proofErr w:type="spellStart"/>
    <w:r>
      <w:rPr>
        <w:color w:val="5B6573"/>
        <w:sz w:val="16"/>
      </w:rPr>
      <w:t>SpA</w:t>
    </w:r>
    <w:proofErr w:type="spellEnd"/>
    <w:r>
      <w:rPr>
        <w:color w:val="5B6573"/>
        <w:sz w:val="16"/>
      </w:rPr>
      <w:t xml:space="preserve"> · LP-EXP-2027-001 · </w:t>
    </w:r>
    <w:proofErr w:type="spellStart"/>
    <w:r>
      <w:rPr>
        <w:color w:val="5B6573"/>
        <w:sz w:val="16"/>
      </w:rPr>
      <w:t>Formularios</w:t>
    </w:r>
    <w:proofErr w:type="spellEnd"/>
    <w:r>
      <w:rPr>
        <w:color w:val="5B6573"/>
        <w:sz w:val="16"/>
      </w:rPr>
      <w:t xml:space="preserve"> del </w:t>
    </w:r>
    <w:proofErr w:type="spellStart"/>
    <w:r>
      <w:rPr>
        <w:color w:val="5B6573"/>
        <w:sz w:val="16"/>
      </w:rPr>
      <w:t>Oferente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EDA7E8" w14:textId="77777777" w:rsidR="00985EB2" w:rsidRDefault="00985EB2">
      <w:pPr>
        <w:spacing w:after="0" w:line="240" w:lineRule="auto"/>
      </w:pPr>
      <w:r>
        <w:separator/>
      </w:r>
    </w:p>
  </w:footnote>
  <w:footnote w:type="continuationSeparator" w:id="0">
    <w:p w14:paraId="18F4BB9F" w14:textId="77777777" w:rsidR="00985EB2" w:rsidRDefault="00985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1F70A2" w14:textId="77777777" w:rsidR="0016148B" w:rsidRDefault="0016148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1896323">
    <w:abstractNumId w:val="8"/>
  </w:num>
  <w:num w:numId="2" w16cid:durableId="1303658487">
    <w:abstractNumId w:val="6"/>
  </w:num>
  <w:num w:numId="3" w16cid:durableId="63453688">
    <w:abstractNumId w:val="5"/>
  </w:num>
  <w:num w:numId="4" w16cid:durableId="1523401759">
    <w:abstractNumId w:val="4"/>
  </w:num>
  <w:num w:numId="5" w16cid:durableId="1497266296">
    <w:abstractNumId w:val="7"/>
  </w:num>
  <w:num w:numId="6" w16cid:durableId="1044407912">
    <w:abstractNumId w:val="3"/>
  </w:num>
  <w:num w:numId="7" w16cid:durableId="1886529297">
    <w:abstractNumId w:val="2"/>
  </w:num>
  <w:num w:numId="8" w16cid:durableId="1443183616">
    <w:abstractNumId w:val="1"/>
  </w:num>
  <w:num w:numId="9" w16cid:durableId="109702370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148B"/>
    <w:rsid w:val="0029639D"/>
    <w:rsid w:val="00326F90"/>
    <w:rsid w:val="0043341F"/>
    <w:rsid w:val="00985EB2"/>
    <w:rsid w:val="00AA1D8D"/>
    <w:rsid w:val="00B47730"/>
    <w:rsid w:val="00CB0664"/>
    <w:rsid w:val="00D749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8B43AC"/>
  <w14:defaultImageDpi w14:val="300"/>
  <w15:docId w15:val="{6EC22601-3481-034B-81F4-EB1E8926A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71B33"/>
      <w:sz w:val="3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A75C2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71B33"/>
      <w:spacing w:val="5"/>
      <w:kern w:val="28"/>
      <w:sz w:val="44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1383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Ivan Araos</cp:lastModifiedBy>
  <cp:revision>2</cp:revision>
  <dcterms:created xsi:type="dcterms:W3CDTF">2013-12-23T23:15:00Z</dcterms:created>
  <dcterms:modified xsi:type="dcterms:W3CDTF">2026-10-26T20:55:00Z</dcterms:modified>
  <cp:category/>
</cp:coreProperties>
</file>